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Beräkning av slutligt uppskov — underlag till blankett K2 (SKV 2102)</w:t>
      </w:r>
    </w:p>
    <w:p>
      <w:r>
        <w:t>Namn: [FÖRNAMN OCH EFTERNAMN]</w:t>
      </w:r>
      <w:r>
        <w:br/>
      </w:r>
      <w:r>
        <w:t>Personnummer: [PERSONNUMMER]</w:t>
      </w:r>
      <w:r>
        <w:br/>
      </w:r>
      <w:r>
        <w:t>Inkomstår för deklarationen: [ÅR]</w:t>
      </w:r>
    </w:p>
    <w:p>
      <w:pPr>
        <w:pStyle w:val="Heading2"/>
      </w:pPr>
      <w:r>
        <w:t>1. Den sålda bostaden (ursprungsbostad)</w:t>
      </w:r>
    </w:p>
    <w:p>
      <w:r>
        <w:t>Fastighetsbeteckning eller bostadsrättsförening och lägenhetsnummer: [BETECKNING]</w:t>
      </w:r>
      <w:r>
        <w:br/>
      </w:r>
      <w:r>
        <w:t>Försäljningsår (kontraktsdag): [DATUM]</w:t>
      </w:r>
      <w:r>
        <w:br/>
      </w:r>
      <w:r>
        <w:t>Försäljningspris (ersättning): [BELOPP] kr (A)</w:t>
      </w:r>
      <w:r>
        <w:br/>
      </w:r>
      <w:r>
        <w:t>Kapitalvinst enligt K5/K6: [BELOPP] kr</w:t>
      </w:r>
      <w:r>
        <w:br/>
      </w:r>
      <w:r>
        <w:t>Tidigare uppskovsbelopp: [BELOPP] kr</w:t>
      </w:r>
      <w:r>
        <w:br/>
      </w:r>
      <w:r>
        <w:t>Kapitalvinst + tidigare uppskov: [BELOPP] kr (B)</w:t>
      </w:r>
      <w:r>
        <w:br/>
      </w:r>
      <w:r>
        <w:t>Preliminärt uppskov i förra årets deklaration: [BELOPP] kr</w:t>
      </w:r>
      <w:r>
        <w:br/>
      </w:r>
      <w:r>
        <w:t>Min andel av bostaden: [ANDEL] %</w:t>
      </w:r>
    </w:p>
    <w:p>
      <w:pPr>
        <w:pStyle w:val="Heading2"/>
      </w:pPr>
      <w:r>
        <w:t>2. Den nya bostaden (ersättningsbostad)</w:t>
      </w:r>
    </w:p>
    <w:p>
      <w:r>
        <w:t>Adress och beteckning: [ADRESS / BETECKNING]</w:t>
      </w:r>
      <w:r>
        <w:br/>
      </w:r>
      <w:r>
        <w:t>Köpt (tillträde / kontrakt): [DATUM] — senast 31 december året efter försäljningsåret</w:t>
      </w:r>
      <w:r>
        <w:br/>
      </w:r>
      <w:r>
        <w:t>Bosatt där (inflyttad): [DATUM] — senast 2 maj andra året efter försäljningen</w:t>
      </w:r>
      <w:r>
        <w:br/>
      </w:r>
      <w:r>
        <w:t>Köpeskilling (ersättning): [BELOPP] kr (C)</w:t>
      </w:r>
    </w:p>
    <w:p>
      <w:pPr>
        <w:pStyle w:val="Heading2"/>
      </w:pPr>
      <w:r>
        <w:t>3. Uträkning</w:t>
      </w:r>
    </w:p>
    <w:p>
      <w:r>
        <w:t>( ) C är minst lika stort som A: slutligt uppskov = B = [BELOPP] kr. Inget återförs.</w:t>
      </w:r>
      <w:r>
        <w:br/>
      </w:r>
      <w:r>
        <w:t>( ) C är mindre än A: slutligt uppskov = B × C / A = [BELOPP] kr. Återförs till beskattning: [BELOPP] kr.</w:t>
      </w:r>
    </w:p>
    <w:p>
      <w:r>
        <w:t>Kontroll:</w:t>
      </w:r>
    </w:p>
    <w:p>
      <w:pPr>
        <w:pStyle w:val="ListBullet"/>
      </w:pPr>
      <w:r>
        <w:t>[ ] Uppskovet är högst 3 000 000 kr × min andel = [BELOPP] kr</w:t>
      </w:r>
    </w:p>
    <w:p>
      <w:pPr>
        <w:pStyle w:val="ListBullet"/>
      </w:pPr>
      <w:r>
        <w:t>[ ] Uppskovet är minst 50 000 kr</w:t>
      </w:r>
    </w:p>
    <w:p>
      <w:pPr>
        <w:pStyle w:val="ListBullet"/>
      </w:pPr>
      <w:r>
        <w:t>[ ] Jag vill ha lägre uppskov och återföra [BELOPP] kr (minst 20 000 kr)</w:t>
      </w:r>
    </w:p>
    <w:p>
      <w:pPr>
        <w:pStyle w:val="Heading2"/>
      </w:pPr>
      <w:r>
        <w:t>4. Text till övriga upplysningar i deklarationen</w:t>
      </w:r>
    </w:p>
    <w:p>
      <w:r>
        <w:t>Jag begär slutligt uppskov enligt 47 kap. 9 § inkomstskattelagen för försäljningen av [BETECKNING] [ÅR]. Ersättningsbostaden [BETECKNING] köptes den [DATUM] för [BELOPP] kr och jag är bosatt där sedan [DATUM]. Slutligt uppskovsbelopp enligt uträkning: [BELOPP] kr. Underlag finns hos mig och skickas på begäran.</w:t>
      </w:r>
    </w:p>
    <w:p>
      <w:r>
        <w:t>[ORT], [DATUM]</w:t>
      </w:r>
      <w:r>
        <w:br/>
      </w:r>
      <w:r>
        <w:t>Underskrift: ____________________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Köpekontrakt för nya bostaden sparat</w:t>
      </w:r>
    </w:p>
    <w:p>
      <w:pPr>
        <w:pStyle w:val="ListBullet"/>
      </w:pPr>
      <w:r>
        <w:t>[ ] Flyttanmälan gjord den [DATUM]</w:t>
      </w:r>
    </w:p>
    <w:p>
      <w:pPr>
        <w:pStyle w:val="ListBullet"/>
      </w:pPr>
      <w:r>
        <w:t>[ ] K2 ifylld i deklarationen den [DATUM]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Beräkning av slutligt uppskov — underlag till blankett K2 (SKV 2102)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