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Uppsägning</w:t>
      </w:r>
    </w:p>
    <w:p>
      <w:r>
        <w:t>[DITT NAMN]</w:t>
      </w:r>
      <w:r>
        <w:br/>
      </w:r>
      <w:r>
        <w:t>[ADRESS]</w:t>
      </w:r>
      <w:r>
        <w:br/>
      </w:r>
      <w:r>
        <w:t>[PERSONNUMMER ELLER ANSTÄLLNINGSNUMMER]</w:t>
      </w:r>
    </w:p>
    <w:p>
      <w:r>
        <w:t>Till [FÖRETAGETS NAMN]</w:t>
      </w:r>
      <w:r>
        <w:br/>
      </w:r>
      <w:r>
        <w:t>Att: [CHEF ELLER HR]</w:t>
      </w:r>
    </w:p>
    <w:p>
      <w:r>
        <w:t>[ORT], [DATUM]</w:t>
      </w:r>
    </w:p>
    <w:p>
      <w:r>
        <w:rPr>
          <w:b/>
        </w:rPr>
        <w:t>Uppsägning av min anställning</w:t>
      </w:r>
    </w:p>
    <w:p>
      <w:r>
        <w:t>Jag säger härmed upp min anställning som [BEFATTNING]. Med en uppsägningstid på [EN MÅNAD / TID ENLIGT AVTAL] blir min sista arbetsdag [DATUM].</w:t>
      </w:r>
    </w:p>
    <w:p>
      <w:r>
        <w:t>Jag ber om slutlön med intjänad semesterersättning och ett arbetsgivarintyg.</w:t>
      </w:r>
    </w:p>
    <w:p>
      <w:r>
        <w:t>Vänligen kvittera att ni tagit emot uppsägningen.</w:t>
      </w:r>
    </w:p>
    <w:p>
      <w:r>
        <w:t>Med vänliga hälsningar</w:t>
      </w:r>
    </w:p>
    <w:p>
      <w:r>
        <w:t>[DITT NAMN]</w:t>
      </w:r>
      <w:r>
        <w:br/>
      </w:r>
      <w:r>
        <w:t>Underskrift: ____________________</w:t>
      </w:r>
    </w:p>
    <w:p>
      <w:r>
        <w:t>Mottaget den ___/___/______ av: ____________________</w:t>
      </w:r>
    </w:p>
    <w:p>
      <w:pPr>
        <w:pStyle w:val="Heading2"/>
        <w:pageBreakBefore/>
      </w:pPr>
      <w:r>
        <w:t>För mig</w:t>
      </w:r>
    </w:p>
    <w:p>
      <w:pPr>
        <w:pStyle w:val="ListBullet"/>
      </w:pPr>
      <w:r>
        <w:t>[ ] Uppsägningstid enligt avtal/kollektivavtal: [TID]</w:t>
      </w:r>
    </w:p>
    <w:p>
      <w:pPr>
        <w:pStyle w:val="ListBullet"/>
      </w:pPr>
      <w:r>
        <w:t>[ ] Sista arbetsdag: [DATUM]</w:t>
      </w:r>
    </w:p>
    <w:p>
      <w:pPr>
        <w:pStyle w:val="ListBullet"/>
      </w:pPr>
      <w:r>
        <w:t>[ ] Kvittens sparad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Uppsägning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