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TIN registration sheet and letter</w:t>
      </w:r>
    </w:p>
    <w:p>
      <w:r>
        <w:t>Fill this in before you open IRD e-Services.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What IRD asks for</w:t>
            </w:r>
          </w:p>
        </w:tc>
        <w:tc>
          <w:tcPr>
            <w:tcW w:type="dxa" w:w="4153"/>
          </w:tcPr>
          <w:p>
            <w:r>
              <w:rPr>
                <w:b/>
              </w:rPr>
              <w:t>Mine</w:t>
            </w:r>
          </w:p>
        </w:tc>
      </w:tr>
      <w:tr>
        <w:tc>
          <w:tcPr>
            <w:tcW w:type="dxa" w:w="4153"/>
          </w:tcPr>
          <w:p>
            <w:r>
              <w:t>Full name as on the NIC</w:t>
            </w:r>
          </w:p>
        </w:tc>
        <w:tc>
          <w:tcPr>
            <w:tcW w:type="dxa" w:w="4153"/>
          </w:tcPr>
          <w:p>
            <w:r>
              <w:t>[FULL NAME]</w:t>
            </w:r>
          </w:p>
        </w:tc>
      </w:tr>
      <w:tr>
        <w:tc>
          <w:tcPr>
            <w:tcW w:type="dxa" w:w="4153"/>
          </w:tcPr>
          <w:p>
            <w:r>
              <w:t>NIC number</w:t>
            </w:r>
          </w:p>
        </w:tc>
        <w:tc>
          <w:tcPr>
            <w:tcW w:type="dxa" w:w="4153"/>
          </w:tcPr>
          <w:p>
            <w:r>
              <w:t>[NIC NUMBER]</w:t>
            </w:r>
          </w:p>
        </w:tc>
      </w:tr>
      <w:tr>
        <w:tc>
          <w:tcPr>
            <w:tcW w:type="dxa" w:w="4153"/>
          </w:tcPr>
          <w:p>
            <w:r>
              <w:t>PDF of the NIC, both sides</w:t>
            </w:r>
          </w:p>
        </w:tc>
        <w:tc>
          <w:tcPr>
            <w:tcW w:type="dxa" w:w="4153"/>
          </w:tcPr>
          <w:p>
            <w:r>
              <w:t>[FILE NAME]</w:t>
            </w:r>
          </w:p>
        </w:tc>
      </w:tr>
      <w:tr>
        <w:tc>
          <w:tcPr>
            <w:tcW w:type="dxa" w:w="4153"/>
          </w:tcPr>
          <w:p>
            <w:r>
              <w:t>Current address</w:t>
            </w:r>
          </w:p>
        </w:tc>
        <w:tc>
          <w:tcPr>
            <w:tcW w:type="dxa" w:w="4153"/>
          </w:tcPr>
          <w:p>
            <w:r>
              <w:t>[ADDRESS]</w:t>
            </w:r>
          </w:p>
        </w:tc>
      </w:tr>
      <w:tr>
        <w:tc>
          <w:tcPr>
            <w:tcW w:type="dxa" w:w="4153"/>
          </w:tcPr>
          <w:p>
            <w:r>
              <w:t>Same as on the NIC?</w:t>
            </w:r>
          </w:p>
        </w:tc>
        <w:tc>
          <w:tcPr>
            <w:tcW w:type="dxa" w:w="4153"/>
          </w:tcPr>
          <w:p>
            <w:r>
              <w:t>[YES / NO]</w:t>
            </w:r>
          </w:p>
        </w:tc>
      </w:tr>
      <w:tr>
        <w:tc>
          <w:tcPr>
            <w:tcW w:type="dxa" w:w="4153"/>
          </w:tcPr>
          <w:p>
            <w:r>
              <w:t>If no: utility bill, bank statement or pass book, or Grama Niladhari certificate</w:t>
            </w:r>
          </w:p>
        </w:tc>
        <w:tc>
          <w:tcPr>
            <w:tcW w:type="dxa" w:w="4153"/>
          </w:tcPr>
          <w:p>
            <w:r>
              <w:t>[FILE NAME]</w:t>
            </w:r>
          </w:p>
        </w:tc>
      </w:tr>
      <w:tr>
        <w:tc>
          <w:tcPr>
            <w:tcW w:type="dxa" w:w="4153"/>
          </w:tcPr>
          <w:p>
            <w:r>
              <w:t>Email I check</w:t>
            </w:r>
          </w:p>
        </w:tc>
        <w:tc>
          <w:tcPr>
            <w:tcW w:type="dxa" w:w="4153"/>
          </w:tcPr>
          <w:p>
            <w:r>
              <w:t>[EMAIL]</w:t>
            </w:r>
          </w:p>
        </w:tc>
      </w:tr>
      <w:tr>
        <w:tc>
          <w:tcPr>
            <w:tcW w:type="dxa" w:w="4153"/>
          </w:tcPr>
          <w:p>
            <w:r>
              <w:t>Mobile number</w:t>
            </w:r>
          </w:p>
        </w:tc>
        <w:tc>
          <w:tcPr>
            <w:tcW w:type="dxa" w:w="4153"/>
          </w:tcPr>
          <w:p>
            <w:r>
              <w:t>[MOBILE]</w:t>
            </w:r>
          </w:p>
        </w:tc>
      </w:tr>
      <w:tr>
        <w:tc>
          <w:tcPr>
            <w:tcW w:type="dxa" w:w="4153"/>
          </w:tcPr>
          <w:p>
            <w:r>
              <w:t>Business to add, if any: registration certificate</w:t>
            </w:r>
          </w:p>
        </w:tc>
        <w:tc>
          <w:tcPr>
            <w:tcW w:type="dxa" w:w="4153"/>
          </w:tcPr>
          <w:p>
            <w:r>
              <w:t>[FILE NAME OR NONE]</w:t>
            </w:r>
          </w:p>
        </w:tc>
      </w:tr>
    </w:tbl>
    <w:p/>
    <w:p>
      <w:pPr>
        <w:pStyle w:val="ListBullet"/>
      </w:pPr>
      <w:r>
        <w:t>[ ] Checked on IRD verification whether I already have a TIN, on [DATE]</w:t>
      </w:r>
    </w:p>
    <w:p>
      <w:pPr>
        <w:pStyle w:val="ListBullet"/>
      </w:pPr>
      <w:r>
        <w:t>[ ] Applied on e-Services, TIN Registration, on [DATE]</w:t>
      </w:r>
    </w:p>
    <w:p>
      <w:pPr>
        <w:pStyle w:val="ListBullet"/>
      </w:pPr>
      <w:r>
        <w:t>[ ] Certificate and one-time PIN received by email on [DATE]</w:t>
      </w:r>
    </w:p>
    <w:p>
      <w:pPr>
        <w:pStyle w:val="ListBullet"/>
      </w:pPr>
      <w:r>
        <w:t>[ ] My TIN: [TIN]</w:t>
      </w:r>
    </w:p>
    <w:p>
      <w:pPr>
        <w:pStyle w:val="Heading2"/>
        <w:pageBreakBefore/>
      </w:pPr>
      <w:r>
        <w:t>Letter to give with my TIN proof</w:t>
      </w:r>
    </w:p>
    <w:p>
      <w:r>
        <w:t>[FULL NAME]</w:t>
      </w:r>
      <w:r>
        <w:br/>
      </w:r>
      <w:r>
        <w:t>[ADDRESS] · [MOBILE] · [EMAIL]</w:t>
      </w:r>
    </w:p>
    <w:p>
      <w:r>
        <w:t>To: [BANK OR OFFICE], [BRANCH OR DIVISION]</w:t>
      </w:r>
    </w:p>
    <w:p>
      <w:r>
        <w:t>[DATE]</w:t>
      </w:r>
    </w:p>
    <w:p>
      <w:r>
        <w:rPr>
          <w:b/>
        </w:rPr>
        <w:t>Subject: TIN for [OPENING AN ACCOUNT / REGISTERING A VEHICLE / OTHER TRANSACTION]</w:t>
      </w:r>
    </w:p>
    <w:p>
      <w:r>
        <w:t>For the transaction above, my details are:</w:t>
      </w:r>
    </w:p>
    <w:p>
      <w:r>
        <w:t>NIC number: [NIC NUMBER]</w:t>
      </w:r>
      <w:r>
        <w:br/>
      </w:r>
      <w:r>
        <w:t>TIN: [TIN]</w:t>
      </w:r>
    </w:p>
    <w:p>
      <w:r>
        <w:t>I attach [A COPY OF MY TIN CERTIFICATE / A PRINTOUT OF THE TIN VERIFICATION RESULT FROM IRD E-SERVICES, SHOWING MY NIC NUMBER AND TIN].</w:t>
      </w:r>
    </w:p>
    <w:p>
      <w:r>
        <w:t>Inland Revenue Department notice SEC/PN/IT/2026/05 of 22 September 2026 says a printout of the verification result, clearly showing the NIC number and TIN, may also be accepted as an alternative to the official TIN Certificate.</w:t>
      </w:r>
    </w:p>
    <w:p>
      <w:r>
        <w:t>Please tell me if you need anything else to process this.</w:t>
      </w:r>
    </w:p>
    <w:p>
      <w:r>
        <w:t>Sincerely,</w:t>
      </w:r>
    </w:p>
    <w:p>
      <w:r>
        <w:t>[FULL NAME]</w:t>
      </w:r>
      <w:r>
        <w:br/>
      </w:r>
      <w:r>
        <w:t>Signature: ____________________</w:t>
      </w:r>
    </w:p>
    <w:p>
      <w:r>
        <w:t>Received by: ____________________ Date: ____________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TIN registration sheet and letter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