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Testamente</w:t>
      </w:r>
    </w:p>
    <w:p>
      <w:r>
        <w:t>Jag, [FÖRNAMN OCH EFTERNAMN], personnummer [PERSONNUMMER], bosatt på [ADRESS], förordnar härmed som min yttersta vilja följande om min kvarlåtenskap.</w:t>
      </w:r>
    </w:p>
    <w:p>
      <w:pPr>
        <w:pStyle w:val="Heading2"/>
      </w:pPr>
      <w:r>
        <w:t>1. Tidigare testamenten</w:t>
      </w:r>
    </w:p>
    <w:p>
      <w:r>
        <w:t>Jag återkallar alla testamenten som jag tidigare har upprättat. [STRYK DENNA PUNKT OM ETT ÄLDRE TESTAMENTE SKA GÄLLA VID SIDAN AV DETTA]</w:t>
      </w:r>
    </w:p>
    <w:p>
      <w:pPr>
        <w:pStyle w:val="Heading2"/>
      </w:pPr>
      <w:r>
        <w:t>2. Särskilda gåvor (legat)</w:t>
      </w:r>
    </w:p>
    <w:p>
      <w:r>
        <w:t>[Välj det som gäller och stryk resten]</w:t>
      </w:r>
    </w:p>
    <w:p>
      <w:pPr>
        <w:pStyle w:val="ListBullet"/>
      </w:pPr>
      <w:r>
        <w:t>[NAMN, PERSONNUMMER] ska få [VISS SAK ELLER VISST BELOPP I KRONOR].</w:t>
      </w:r>
    </w:p>
    <w:p>
      <w:pPr>
        <w:pStyle w:val="ListBullet"/>
      </w:pPr>
      <w:r>
        <w:t>[NAMN, PERSONNUMMER] ska få [VISS SAK ELLER VISST BELOPP I KRONOR].</w:t>
      </w:r>
    </w:p>
    <w:p>
      <w:pPr>
        <w:pStyle w:val="Heading2"/>
      </w:pPr>
      <w:r>
        <w:t>3. Resten av kvarlåtenskapen</w:t>
      </w:r>
    </w:p>
    <w:p>
      <w:r>
        <w:t>[Välj ett alternativ och stryk de andra]</w:t>
      </w:r>
    </w:p>
    <w:p>
      <w:pPr>
        <w:pStyle w:val="ListBullet"/>
      </w:pPr>
      <w:r>
        <w:t>Allt som återstår efter punkt 2 ska tillfalla [NAMN, PERSONNUMMER].</w:t>
      </w:r>
    </w:p>
    <w:p>
      <w:pPr>
        <w:pStyle w:val="ListBullet"/>
      </w:pPr>
      <w:r>
        <w:t>Allt som återstår efter punkt 2 ska fördelas lika mellan [NAMN 1] och [NAMN 2].</w:t>
      </w:r>
    </w:p>
    <w:p>
      <w:pPr>
        <w:pStyle w:val="ListBullet"/>
      </w:pPr>
      <w:r>
        <w:t>Till min sambo [NAMN, PERSONNUMMER] testamenterar jag [ALLT / HÄLFTEN / ANNAN ANDEL] av det som återstår efter punkt 2. Förordnandet gäller bara om vi fortfarande är sambor när jag dör.</w:t>
      </w:r>
    </w:p>
    <w:p>
      <w:r>
        <w:t>Har jag barn eller andra bröstarvingar, ska de alltid kunna få ut sin laglott. Det som sägs ovan gäller i så fall utöver laglotten.</w:t>
      </w:r>
    </w:p>
    <w:p>
      <w:pPr>
        <w:pStyle w:val="Heading2"/>
      </w:pPr>
      <w:r>
        <w:t>4. Om någon avlider före mig</w:t>
      </w:r>
    </w:p>
    <w:p>
      <w:r>
        <w:t>Avlider en testamentstagare före mig ska [HANS ELLER HENNES AVKOMLINGAR / ÖVRIGA TESTAMENTSTAGARE / NAMN] träda i hans eller hennes ställe.</w:t>
      </w:r>
    </w:p>
    <w:p>
      <w:pPr>
        <w:pStyle w:val="Heading2"/>
      </w:pPr>
      <w:r>
        <w:t>5. Underskrift</w:t>
      </w:r>
    </w:p>
    <w:p>
      <w:r>
        <w:t>[ORT], [DATUM]</w:t>
      </w:r>
    </w:p>
    <w:p>
      <w:r>
        <w:t>____________________________</w:t>
      </w:r>
      <w:r>
        <w:br/>
      </w:r>
      <w:r>
        <w:t>[FÖRNAMN OCH EFTERNAMN], testator</w:t>
      </w:r>
    </w:p>
    <w:p>
      <w:pPr>
        <w:pStyle w:val="Heading2"/>
      </w:pPr>
      <w:r>
        <w:t>Vittnesintyg</w:t>
      </w:r>
    </w:p>
    <w:p>
      <w:r>
        <w:t>Vi intygar att [FÖRNAMN OCH EFTERNAMN] i vår samtidiga närvaro har skrivit under detta testamente eller vidkänt sin underskrift, och att vi vet att handlingen är ett testamente. Testatorn var vid full förståelse och handlade av fri vilja. Vi har bevittnat på testatorns begäran.</w:t>
      </w:r>
    </w:p>
    <w:p>
      <w:r>
        <w:t>Ort och datum för bevittnandet: [ORT], [DATUM OCH KLOCKSLAG]</w:t>
      </w:r>
    </w:p>
    <w:tbl>
      <w:tblPr>
        <w:tblStyle w:val="TableGrid"/>
        <w:tblW w:type="auto" w:w="0"/>
        <w:tblLook w:firstColumn="1" w:firstRow="1" w:lastColumn="0" w:lastRow="0" w:noHBand="0" w:noVBand="1" w:val="04A0"/>
      </w:tblPr>
      <w:tblGrid>
        <w:gridCol w:w="1661"/>
        <w:gridCol w:w="1661"/>
        <w:gridCol w:w="1661"/>
        <w:gridCol w:w="1661"/>
        <w:gridCol w:w="1661"/>
      </w:tblGrid>
      <w:tr>
        <w:tc>
          <w:tcPr>
            <w:tcW w:type="dxa" w:w="1661"/>
          </w:tcPr>
          <w:p/>
        </w:tc>
        <w:tc>
          <w:tcPr>
            <w:tcW w:type="dxa" w:w="1661"/>
          </w:tcPr>
          <w:p>
            <w:r>
              <w:rPr>
                <w:b/>
              </w:rPr>
              <w:t>Namn</w:t>
            </w:r>
          </w:p>
        </w:tc>
        <w:tc>
          <w:tcPr>
            <w:tcW w:type="dxa" w:w="1661"/>
          </w:tcPr>
          <w:p>
            <w:r>
              <w:rPr>
                <w:b/>
              </w:rPr>
              <w:t>Yrke</w:t>
            </w:r>
          </w:p>
        </w:tc>
        <w:tc>
          <w:tcPr>
            <w:tcW w:type="dxa" w:w="1661"/>
          </w:tcPr>
          <w:p>
            <w:r>
              <w:rPr>
                <w:b/>
              </w:rPr>
              <w:t>Adress</w:t>
            </w:r>
          </w:p>
        </w:tc>
        <w:tc>
          <w:tcPr>
            <w:tcW w:type="dxa" w:w="1661"/>
          </w:tcPr>
          <w:p>
            <w:r>
              <w:rPr>
                <w:b/>
              </w:rPr>
              <w:t>Underskrift</w:t>
            </w:r>
          </w:p>
        </w:tc>
      </w:tr>
      <w:tr>
        <w:tc>
          <w:tcPr>
            <w:tcW w:type="dxa" w:w="1661"/>
          </w:tcPr>
          <w:p>
            <w:r>
              <w:t>Vittne 1</w:t>
            </w:r>
          </w:p>
        </w:tc>
        <w:tc>
          <w:tcPr>
            <w:tcW w:type="dxa" w:w="1661"/>
          </w:tcPr>
          <w:p>
            <w:r>
              <w:t>[NAMN]</w:t>
            </w:r>
          </w:p>
        </w:tc>
        <w:tc>
          <w:tcPr>
            <w:tcW w:type="dxa" w:w="1661"/>
          </w:tcPr>
          <w:p>
            <w:r>
              <w:t>[YRKE]</w:t>
            </w:r>
          </w:p>
        </w:tc>
        <w:tc>
          <w:tcPr>
            <w:tcW w:type="dxa" w:w="1661"/>
          </w:tcPr>
          <w:p>
            <w:r>
              <w:t>[ADRESS]</w:t>
            </w:r>
          </w:p>
        </w:tc>
        <w:tc>
          <w:tcPr>
            <w:tcW w:type="dxa" w:w="1661"/>
          </w:tcPr>
          <w:p>
            <w:r>
              <w:t>____________</w:t>
            </w:r>
          </w:p>
        </w:tc>
      </w:tr>
      <w:tr>
        <w:tc>
          <w:tcPr>
            <w:tcW w:type="dxa" w:w="1661"/>
          </w:tcPr>
          <w:p>
            <w:r>
              <w:t>Vittne 2</w:t>
            </w:r>
          </w:p>
        </w:tc>
        <w:tc>
          <w:tcPr>
            <w:tcW w:type="dxa" w:w="1661"/>
          </w:tcPr>
          <w:p>
            <w:r>
              <w:t>[NAMN]</w:t>
            </w:r>
          </w:p>
        </w:tc>
        <w:tc>
          <w:tcPr>
            <w:tcW w:type="dxa" w:w="1661"/>
          </w:tcPr>
          <w:p>
            <w:r>
              <w:t>[YRKE]</w:t>
            </w:r>
          </w:p>
        </w:tc>
        <w:tc>
          <w:tcPr>
            <w:tcW w:type="dxa" w:w="1661"/>
          </w:tcPr>
          <w:p>
            <w:r>
              <w:t>[ADRESS]</w:t>
            </w:r>
          </w:p>
        </w:tc>
        <w:tc>
          <w:tcPr>
            <w:tcW w:type="dxa" w:w="1661"/>
          </w:tcPr>
          <w:p>
            <w:r>
              <w:t>____________</w:t>
            </w:r>
          </w:p>
        </w:tc>
      </w:tr>
    </w:tbl>
    <w:p/>
    <w:p>
      <w:pPr>
        <w:pStyle w:val="Heading2"/>
        <w:pageBreakBefore/>
      </w:pPr>
      <w:r>
        <w:t>För mig: innan vittnena skriver under</w:t>
      </w:r>
    </w:p>
    <w:p>
      <w:pPr>
        <w:pStyle w:val="ListBullet"/>
      </w:pPr>
      <w:r>
        <w:t>[ ] Två vittnen är samtidigt närvarande när jag skriver under eller vidkänner min underskrift (10 kap. 1 § ärvdabalken)</w:t>
      </w:r>
    </w:p>
    <w:p>
      <w:pPr>
        <w:pStyle w:val="ListBullet"/>
      </w:pPr>
      <w:r>
        <w:t>[ ] Vittnena vet att det är ett testamente; innehållet behöver de inte läsa (10 kap. 1 §)</w:t>
      </w:r>
    </w:p>
    <w:p>
      <w:pPr>
        <w:pStyle w:val="ListBullet"/>
      </w:pPr>
      <w:r>
        <w:t>[ ] Inget vittne är under 15 år, min make eller sambo, släkting i rätt upp- eller nedstigande led, svåger eller svägerska eller mitt syskon (10 kap. 4 §)</w:t>
      </w:r>
    </w:p>
    <w:p>
      <w:pPr>
        <w:pStyle w:val="ListBullet"/>
      </w:pPr>
      <w:r>
        <w:t>[ ] Inget vittne får något genom testamentet, och ingen av deras närmaste får det heller (10 kap. 4 § andra stycket)</w:t>
      </w:r>
    </w:p>
    <w:p>
      <w:pPr>
        <w:pStyle w:val="ListBullet"/>
      </w:pPr>
      <w:r>
        <w:t>[ ] Barn och andra bröstarvingar kan begära ut hälften av sin arvslott, laglotten (7 kap. 1 och 3 §§)</w:t>
      </w:r>
    </w:p>
    <w:p>
      <w:pPr>
        <w:pStyle w:val="ListBullet"/>
      </w:pPr>
      <w:r>
        <w:t>[ ] Är jag gift: maken har alltid rätt till egendom upp till fyra prisbasbelopp tillsammans med sin egen egendom (3 kap. 1 §)</w:t>
      </w:r>
    </w:p>
    <w:p>
      <w:pPr>
        <w:pStyle w:val="ListBullet"/>
      </w:pPr>
      <w:r>
        <w:t>[ ] Originalet förvaras säkert, och mina närmaste vet var det finns</w:t>
      </w:r>
    </w:p>
    <w:sectPr w:rsidR="00FC693F" w:rsidRPr="0006063C" w:rsidSect="00034616">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cs="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cs="Arial" w:eastAsia="Arial"/>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cs="Arial" w:eastAsia="Arial"/>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Arial" w:hAnsi="Arial" w:cs="Arial" w:eastAsia="Arial"/>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Testamente</dc:title>
  <dc:subject/>
  <dc:creator>Layers (layers.md)</dc:creator>
  <cp:keywords/>
  <dc:description>CC BY 4.0 · © Layers (layers.md)</dc:description>
  <cp:lastModifiedBy/>
  <cp:revision>1</cp:revision>
  <dcterms:created xsi:type="dcterms:W3CDTF">2026-10-29T00:00:00Z</dcterms:created>
  <dcterms:modified xsi:type="dcterms:W3CDTF">2026-10-29T00:00:00Z</dcterms:modified>
  <cp:category/>
</cp:coreProperties>
</file>