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</w:pPr>
      <w:r>
        <w:rPr>
          <w:rtl/>
        </w:rPr>
        <w:t>طلب خطي لاجتياز مباراة التوظيف</w:t>
      </w:r>
    </w:p>
    <w:p>
      <w:pPr>
        <w:bidi/>
      </w:pPr>
      <w:r>
        <w:rPr>
          <w:rtl/>
        </w:rPr>
        <w:t>[الاسم الكامل]</w:t>
      </w:r>
      <w:r>
        <w:rPr>
          <w:rtl/>
        </w:rPr>
        <w:br/>
      </w:r>
      <w:r>
        <w:rPr>
          <w:rtl/>
        </w:rPr>
        <w:t>رقم البطاقة الوطنية: [رقم البطاقة]</w:t>
      </w:r>
      <w:r>
        <w:rPr>
          <w:rtl/>
        </w:rPr>
        <w:br/>
      </w:r>
      <w:r>
        <w:rPr>
          <w:rtl/>
        </w:rPr>
        <w:t>العنوان: [العنوان]</w:t>
      </w:r>
      <w:r>
        <w:rPr>
          <w:rtl/>
        </w:rPr>
        <w:br/>
      </w:r>
      <w:r>
        <w:rPr>
          <w:rtl/>
        </w:rPr>
        <w:t>الهاتف: [الهاتف] · البريد الإلكتروني: [البريد الإلكتروني]</w:t>
      </w:r>
    </w:p>
    <w:p>
      <w:pPr>
        <w:bidi/>
      </w:pPr>
      <w:r>
        <w:rPr>
          <w:rtl/>
        </w:rPr>
        <w:t>[المدينة] في [التاريخ]</w:t>
      </w:r>
    </w:p>
    <w:p>
      <w:pPr>
        <w:bidi/>
      </w:pPr>
      <w:r>
        <w:rPr>
          <w:rtl/>
        </w:rPr>
        <w:t>إلى السيد(ة) [صفة المسؤول كما وردت في الإعلان]</w:t>
      </w:r>
      <w:r>
        <w:rPr>
          <w:rtl/>
        </w:rPr>
        <w:br/>
      </w:r>
      <w:r>
        <w:rPr>
          <w:rtl/>
        </w:rPr>
        <w:t>[اسم الإدارة أو الجماعة]</w:t>
      </w:r>
    </w:p>
    <w:p>
      <w:pPr>
        <w:bidi/>
      </w:pPr>
      <w:r>
        <w:rPr>
          <w:b/>
          <w:rtl/>
        </w:rPr>
        <w:t>الموضوع: طلب الترشح لاجتياز مباراة توظيف [الدرجة أو المنصب]</w:t>
      </w:r>
    </w:p>
    <w:p>
      <w:pPr>
        <w:bidi/>
      </w:pPr>
      <w:r>
        <w:rPr>
          <w:rtl/>
        </w:rPr>
        <w:t>سلام تام بوجود مولانا الإمام،</w:t>
      </w:r>
    </w:p>
    <w:p>
      <w:pPr>
        <w:bidi/>
      </w:pPr>
      <w:r>
        <w:rPr>
          <w:rtl/>
        </w:rPr>
        <w:t>وبعد، يشرفني أن ألتمس من سيادتكم قبول ترشيحي لاجتياز مباراة توظيف [الدرجة أو المنصب] المعلن عنها بتاريخ [تاريخ الإعلان]، والمقرر إجراؤها بتاريخ [تاريخ المباراة].</w:t>
      </w:r>
    </w:p>
    <w:p>
      <w:pPr>
        <w:bidi/>
      </w:pPr>
      <w:r>
        <w:rPr>
          <w:rtl/>
        </w:rPr>
        <w:t>أنا حاصل(ة) على [الشهادة] في تخصص [التخصص]، وتتوفر في الشروط المطلوبة في قرار فتح هذه المباراة.</w:t>
      </w:r>
    </w:p>
    <w:p>
      <w:pPr>
        <w:bidi/>
      </w:pPr>
      <w:r>
        <w:rPr>
          <w:rtl/>
        </w:rPr>
        <w:t>وأرفق طلبي هذا بالوثائق التالية:</w:t>
      </w:r>
    </w:p>
    <w:p>
      <w:pPr>
        <w:bidi/>
        <w:pStyle w:val="ListBullet"/>
      </w:pPr>
      <w:r>
        <w:rPr>
          <w:rtl/>
        </w:rPr>
        <w:t>نسخة مشهود بمطابقتها لأصل بطاقة التعريف الوطنية</w:t>
      </w:r>
    </w:p>
    <w:p>
      <w:pPr>
        <w:bidi/>
        <w:pStyle w:val="ListBullet"/>
      </w:pPr>
      <w:r>
        <w:rPr>
          <w:rtl/>
        </w:rPr>
        <w:t>نسخة مشهود بمطابقتها لأصل الشهادة المطلوبة</w:t>
      </w:r>
    </w:p>
    <w:p>
      <w:pPr>
        <w:bidi/>
        <w:pStyle w:val="ListBullet"/>
      </w:pPr>
      <w:r>
        <w:rPr>
          <w:rtl/>
        </w:rPr>
        <w:t>[وثيقة أخرى إذا طلبها الإعلان]</w:t>
      </w:r>
    </w:p>
    <w:p>
      <w:pPr>
        <w:bidi/>
      </w:pPr>
      <w:r>
        <w:rPr>
          <w:rtl/>
        </w:rPr>
        <w:t>وتقبلوا فائق التقدير والاحترام.</w:t>
      </w:r>
    </w:p>
    <w:p>
      <w:pPr>
        <w:bidi/>
      </w:pPr>
      <w:r>
        <w:rPr>
          <w:rtl/>
        </w:rPr>
        <w:t>[التوقيع]</w:t>
      </w:r>
    </w:p>
    <w:p>
      <w:pPr>
        <w:bidi/>
      </w:pPr>
      <w:r>
        <w:rPr>
          <w:rtl/>
        </w:rPr>
        <w:t>[الاسم الكامل]</w:t>
      </w:r>
    </w:p>
    <w:p>
      <w:pPr>
        <w:bidi/>
      </w:pPr>
      <w:r>
        <w:rPr>
          <w:rtl/>
        </w:rPr>
        <w:t>توصل به: ____________ التاريخ: ____________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ar-M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خطي لاجتياز مباراة التوظيف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