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Surat Pernyataan Kehilangan KTP-el</w:t>
      </w:r>
    </w:p>
    <w:p>
      <w:r>
        <w:t>Yang bertanda tangan di bawah ini:</w:t>
      </w:r>
    </w:p>
    <w:p>
      <w:r>
        <w:t>Nama lengkap: [NAMA LENGKAP]</w:t>
      </w:r>
      <w:r>
        <w:br/>
      </w:r>
      <w:r>
        <w:t>NIK: [NIK]</w:t>
      </w:r>
      <w:r>
        <w:br/>
      </w:r>
      <w:r>
        <w:t>Tempat, tanggal lahir: [TEMPAT, TANGGAL LAHIR]</w:t>
      </w:r>
      <w:r>
        <w:br/>
      </w:r>
      <w:r>
        <w:t>Alamat: [ALAMAT SESUAI KTP-EL]</w:t>
      </w:r>
      <w:r>
        <w:br/>
      </w:r>
      <w:r>
        <w:t>Nomor telepon: [NOMOR TELEPON]</w:t>
      </w:r>
    </w:p>
    <w:p>
      <w:r>
        <w:t>Dengan ini menyatakan dengan sebenarnya bahwa KTP-el saya hilang pada [TANGGAL HILANG] di [TEMPAT HILANG], dengan kejadian sebagai berikut: [CERITA SINGKAT KEJADIAN].</w:t>
      </w:r>
    </w:p>
    <w:p>
      <w:r>
        <w:t>Kehilangan tersebut telah saya laporkan ke [NAMA KANTOR POLISI] dengan Surat Keterangan Kehilangan nomor [NOMOR SURAT] tanggal [TANGGAL SURAT].</w:t>
      </w:r>
    </w:p>
    <w:p>
      <w:r>
        <w:t>Surat pernyataan ini saya buat untuk mengurus pencetakan KTP-el pengganti di Dinas Kependudukan dan Pencatatan Sipil [KABUPATEN ATAU KOTA].</w:t>
      </w:r>
    </w:p>
    <w:p>
      <w:r>
        <w:t>Demikian surat pernyataan ini saya buat dengan sebenarnya.</w:t>
      </w:r>
    </w:p>
    <w:p>
      <w:r>
        <w:t>[KOTA], [TANGGAL]</w:t>
      </w:r>
    </w:p>
    <w:p>
      <w:r>
        <w:t>Yang menyatakan,</w:t>
      </w:r>
    </w:p>
    <w:p>
      <w:r>
        <w:t>[METERAI DAN TANDA TANGAN]</w:t>
      </w:r>
    </w:p>
    <w:p>
      <w:r>
        <w:t>[NAMA LENGKAP]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Kehilangan KTP-el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