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Letter to employer about SSF termination</w:t>
      </w:r>
    </w:p>
    <w:p>
      <w:r>
        <w:t>[FULL NAME]</w:t>
      </w:r>
      <w:r>
        <w:br/>
      </w:r>
      <w:r>
        <w:t>[ADDRESS] · [MOBILE] · [EMAIL]</w:t>
      </w:r>
    </w:p>
    <w:p>
      <w:r>
        <w:t>To: [HR MANAGER OR NAME], [COMPANY]</w:t>
      </w:r>
    </w:p>
    <w:p>
      <w:r>
        <w:t>[DATE]</w:t>
      </w:r>
    </w:p>
    <w:p>
      <w:r>
        <w:rPr>
          <w:b/>
        </w:rPr>
        <w:t>Subject: Please mark my employment as ended in the SSF Employer Portal</w:t>
      </w:r>
    </w:p>
    <w:p>
      <w:r>
        <w:t>I worked at [COMPANY] as [JOB] until [LAST DAY OF WORK]. My SSF number is [11-DIGIT SSF NUMBER].</w:t>
      </w:r>
    </w:p>
    <w:p>
      <w:r>
        <w:t>I want to claim my retirement amount from the Social Security Fund. The After Employment menu does not appear in my Contributor Portal. The Fund's online guide says this means I have not been marked as terminated, and that my employer does this through the Employer Portal.</w:t>
      </w:r>
    </w:p>
    <w:p>
      <w:r>
        <w:t>Section 24 of the Contribution Based Social Security Act, 2074 also says the employer tells the Fund within one month when a contributor is no longer in employment.</w:t>
      </w:r>
    </w:p>
    <w:p>
      <w:r>
        <w:t>Please:</w:t>
      </w:r>
    </w:p>
    <w:p>
      <w:pPr>
        <w:pStyle w:val="ListBullet"/>
      </w:pPr>
      <w:r>
        <w:t>mark my employment as ended in the Employer Portal, with the date [LAST DAY OF WORK]</w:t>
      </w:r>
    </w:p>
    <w:p>
      <w:pPr>
        <w:pStyle w:val="ListBullet"/>
      </w:pPr>
      <w:r>
        <w:t>tell me when this is done</w:t>
      </w:r>
    </w:p>
    <w:p>
      <w:pPr>
        <w:pStyle w:val="ListBullet"/>
      </w:pPr>
      <w:r>
        <w:t>give me a signed letter showing the date my employment ended</w:t>
      </w:r>
    </w:p>
    <w:p>
      <w:r>
        <w:t>Please tell me if you need anything else to do this.</w:t>
      </w:r>
    </w:p>
    <w:p>
      <w:r>
        <w:t>Sincerely,</w:t>
      </w:r>
    </w:p>
    <w:p>
      <w:r>
        <w:t>[FULL NAME]</w:t>
      </w:r>
      <w:r>
        <w:br/>
      </w:r>
      <w:r>
        <w:t>Signature: ____________________</w:t>
      </w:r>
    </w:p>
    <w:p>
      <w:r>
        <w:t>Received by: ____________________ Date: ____________</w:t>
      </w:r>
    </w:p>
    <w:p>
      <w:pPr>
        <w:pStyle w:val="Heading2"/>
        <w:pageBreakBefore/>
      </w:pPr>
      <w:r>
        <w:t>My checklist for the claim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3"/>
        <w:gridCol w:w="4153"/>
      </w:tblGrid>
      <w:tr>
        <w:tc>
          <w:tcPr>
            <w:tcW w:type="dxa" w:w="4153"/>
          </w:tcPr>
          <w:p>
            <w:r>
              <w:rPr>
                <w:b/>
              </w:rPr>
              <w:t>What I prepare</w:t>
            </w:r>
          </w:p>
        </w:tc>
        <w:tc>
          <w:tcPr>
            <w:tcW w:type="dxa" w:w="4153"/>
          </w:tcPr>
          <w:p>
            <w:r>
              <w:rPr>
                <w:b/>
              </w:rPr>
              <w:t>Mine</w:t>
            </w:r>
          </w:p>
        </w:tc>
      </w:tr>
      <w:tr>
        <w:tc>
          <w:tcPr>
            <w:tcW w:type="dxa" w:w="4153"/>
          </w:tcPr>
          <w:p>
            <w:r>
              <w:t>SSF number, 11 digits</w:t>
            </w:r>
          </w:p>
        </w:tc>
        <w:tc>
          <w:tcPr>
            <w:tcW w:type="dxa" w:w="4153"/>
          </w:tcPr>
          <w:p>
            <w:r>
              <w:t>[SSF NUMBER]</w:t>
            </w:r>
          </w:p>
        </w:tc>
      </w:tr>
      <w:tr>
        <w:tc>
          <w:tcPr>
            <w:tcW w:type="dxa" w:w="4153"/>
          </w:tcPr>
          <w:p>
            <w:r>
              <w:t>Date I sent this letter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Date my job ended</w:t>
            </w:r>
          </w:p>
        </w:tc>
        <w:tc>
          <w:tcPr>
            <w:tcW w:type="dxa" w:w="4153"/>
          </w:tcPr>
          <w:p>
            <w:r>
              <w:t>[DATE]</w:t>
            </w:r>
          </w:p>
        </w:tc>
      </w:tr>
      <w:tr>
        <w:tc>
          <w:tcPr>
            <w:tcW w:type="dxa" w:w="4153"/>
          </w:tcPr>
          <w:p>
            <w:r>
              <w:t>Bank details in my KYC, verified by SSF?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Did I start contributing before the end of Asar 2078?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If yes: move pension money across?</w:t>
            </w:r>
          </w:p>
        </w:tc>
        <w:tc>
          <w:tcPr>
            <w:tcW w:type="dxa" w:w="4153"/>
          </w:tcPr>
          <w:p>
            <w:r>
              <w:t>[YES / NO]</w:t>
            </w:r>
          </w:p>
        </w:tc>
      </w:tr>
      <w:tr>
        <w:tc>
          <w:tcPr>
            <w:tcW w:type="dxa" w:w="4153"/>
          </w:tcPr>
          <w:p>
            <w:r>
              <w:t>If yes: All, Percentage Based or Amount</w:t>
            </w:r>
          </w:p>
        </w:tc>
        <w:tc>
          <w:tcPr>
            <w:tcW w:type="dxa" w:w="4153"/>
          </w:tcPr>
          <w:p>
            <w:r>
              <w:t>[CHOICE]</w:t>
            </w:r>
          </w:p>
        </w:tc>
      </w:tr>
      <w:tr>
        <w:tc>
          <w:tcPr>
            <w:tcW w:type="dxa" w:w="4153"/>
          </w:tcPr>
          <w:p>
            <w:r>
              <w:t>Papers to upload</w:t>
            </w:r>
          </w:p>
        </w:tc>
        <w:tc>
          <w:tcPr>
            <w:tcW w:type="dxa" w:w="4153"/>
          </w:tcPr>
          <w:p>
            <w:r>
              <w:t>[LIST]</w:t>
            </w:r>
          </w:p>
        </w:tc>
      </w:tr>
    </w:tbl>
    <w:p/>
    <w:p>
      <w:pPr>
        <w:pStyle w:val="ListBullet"/>
      </w:pPr>
      <w:r>
        <w:t>[ ] After Employment menu appears in my Contributor Portal</w:t>
      </w:r>
    </w:p>
    <w:p>
      <w:pPr>
        <w:pStyle w:val="ListBullet"/>
      </w:pPr>
      <w:r>
        <w:t>[ ] Application submitted on [DATE]</w:t>
      </w:r>
    </w:p>
    <w:sectPr w:rsidR="00FC693F" w:rsidRPr="0006063C" w:rsidSect="00034616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Arial" w:hAnsi="Arial" w:cs="Arial" w:eastAsia="Arial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Arial" w:hAnsi="Arial" w:cs="Arial" w:eastAsia="Arial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to employer about SSF termination</dc:title>
  <dc:subject/>
  <dc:creator>Layers (layers.md)</dc:creator>
  <cp:keywords/>
  <dc:description>CC BY 4.0 · © Layers (layers.md)</dc:description>
  <cp:lastModifiedBy/>
  <cp:revision>1</cp:revision>
  <dcterms:created xsi:type="dcterms:W3CDTF">2026-10-29T00:00:00Z</dcterms:created>
  <dcterms:modified xsi:type="dcterms:W3CDTF">2026-10-29T00:00:00Z</dcterms:modified>
  <cp:category/>
</cp:coreProperties>
</file>