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Пакет «Prima Casă»: справка о жилье на вас и на супруга</w:t>
      </w:r>
    </w:p>
    <w:p>
      <w:r>
        <w:rPr>
          <w:b/>
        </w:rPr>
        <w:t>Для кого:</w:t>
      </w:r>
      <w:r>
        <w:t xml:space="preserve"> [ИМЯ ЗАЯВИТЕЛЯ] и [ИМЯ СУПРУГА / СУПРУГИ]</w:t>
      </w:r>
      <w:r>
        <w:br/>
      </w:r>
      <w:r>
        <w:rPr>
          <w:b/>
        </w:rPr>
        <w:t>Банк:</w:t>
      </w:r>
      <w:r>
        <w:t xml:space="preserve"> [БАНК-УЧАСТНИК] · контакт: [ИМЯ, ТЕЛЕФОН]</w:t>
      </w:r>
      <w:r>
        <w:br/>
      </w:r>
      <w:r>
        <w:rPr>
          <w:b/>
        </w:rPr>
        <w:t>Покупаемое жильё:</w:t>
      </w:r>
      <w:r>
        <w:t xml:space="preserve"> [АДРЕС] · площадь: [М²]</w:t>
      </w:r>
    </w:p>
    <w:p>
      <w:pPr>
        <w:pStyle w:val="Heading2"/>
      </w:pPr>
      <w:r>
        <w:t>1. Что требует программа</w:t>
      </w:r>
    </w:p>
    <w:p>
      <w:r>
        <w:t>Страница программы (Министерство финансов) требует справку о том, что жильё заявителя вместе с членами семьи и жильё супруга вместе с членами семьи не больше площади жилья, которое покупают по программе. Члены семьи — супруг или супруга и дети до 18 лет.</w:t>
      </w:r>
    </w:p>
    <w:p>
      <w:pPr>
        <w:pStyle w:val="Heading2"/>
      </w:pPr>
      <w:r>
        <w:t>2. Что спросить в банке до заказа документов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153"/>
          </w:tcPr>
          <w:p>
            <w:r>
              <w:rPr>
                <w:b/>
              </w:rPr>
              <w:t>Ответ банка</w:t>
            </w:r>
          </w:p>
        </w:tc>
      </w:tr>
      <w:tr>
        <w:tc>
          <w:tcPr>
            <w:tcW w:type="dxa" w:w="4153"/>
          </w:tcPr>
          <w:p>
            <w:r>
              <w:t>Какой документ вы принимаете: справку ASP, сведения Кадастра недвижимого имущества или выписку, которую вы видите в реестре сами?</w:t>
            </w:r>
          </w:p>
        </w:tc>
        <w:tc>
          <w:tcPr>
            <w:tcW w:type="dxa" w:w="4153"/>
          </w:tcPr>
          <w:p>
            <w:r>
              <w:t>[ОТВЕТ]</w:t>
            </w:r>
          </w:p>
        </w:tc>
      </w:tr>
      <w:tr>
        <w:tc>
          <w:tcPr>
            <w:tcW w:type="dxa" w:w="4153"/>
          </w:tcPr>
          <w:p>
            <w:r>
              <w:t>На кого нужна: только на заявителя или и на супруга?</w:t>
            </w:r>
          </w:p>
        </w:tc>
        <w:tc>
          <w:tcPr>
            <w:tcW w:type="dxa" w:w="4153"/>
          </w:tcPr>
          <w:p>
            <w:r>
              <w:t>[ОТВЕТ]</w:t>
            </w:r>
          </w:p>
        </w:tc>
      </w:tr>
      <w:tr>
        <w:tc>
          <w:tcPr>
            <w:tcW w:type="dxa" w:w="4153"/>
          </w:tcPr>
          <w:p>
            <w:r>
              <w:t>На бумаге или электронно?</w:t>
            </w:r>
          </w:p>
        </w:tc>
        <w:tc>
          <w:tcPr>
            <w:tcW w:type="dxa" w:w="4153"/>
          </w:tcPr>
          <w:p>
            <w:r>
              <w:t>[ОТВЕТ]</w:t>
            </w:r>
          </w:p>
        </w:tc>
      </w:tr>
      <w:tr>
        <w:tc>
          <w:tcPr>
            <w:tcW w:type="dxa" w:w="4153"/>
          </w:tcPr>
          <w:p>
            <w:r>
              <w:t>Сколько документ действителен для вас?</w:t>
            </w:r>
          </w:p>
        </w:tc>
        <w:tc>
          <w:tcPr>
            <w:tcW w:type="dxa" w:w="4153"/>
          </w:tcPr>
          <w:p>
            <w:r>
              <w:t>[ОТВЕТ]</w:t>
            </w:r>
          </w:p>
        </w:tc>
      </w:tr>
      <w:tr>
        <w:tc>
          <w:tcPr>
            <w:tcW w:type="dxa" w:w="4153"/>
          </w:tcPr>
          <w:p>
            <w:r>
              <w:t>Дата и кто ответил</w:t>
            </w:r>
          </w:p>
        </w:tc>
        <w:tc>
          <w:tcPr>
            <w:tcW w:type="dxa" w:w="4153"/>
          </w:tcPr>
          <w:p>
            <w:r>
              <w:t>[ДАТА] · [ИМЯ]</w:t>
            </w:r>
          </w:p>
        </w:tc>
      </w:tr>
    </w:tbl>
    <w:p/>
    <w:p>
      <w:pPr>
        <w:pStyle w:val="Heading2"/>
      </w:pPr>
      <w:r>
        <w:t>3. Кто заказывает сведения</w:t>
      </w:r>
    </w:p>
    <w:p>
      <w:r>
        <w:t>Сведения об имуществе человека выдают самому владельцу или его уполномоченному представителю (доверенность или полномочие MPower). Если супруг не может прийти сам, нужна доверенность.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4"/>
        <w:gridCol w:w="1384"/>
        <w:gridCol w:w="1384"/>
        <w:gridCol w:w="1384"/>
        <w:gridCol w:w="1384"/>
        <w:gridCol w:w="1384"/>
      </w:tblGrid>
      <w:tr>
        <w:tc>
          <w:tcPr>
            <w:tcW w:type="dxa" w:w="1384"/>
          </w:tcPr>
          <w:p>
            <w:r>
              <w:rPr>
                <w:b/>
              </w:rPr>
              <w:t>Человек</w:t>
            </w:r>
          </w:p>
        </w:tc>
        <w:tc>
          <w:tcPr>
            <w:tcW w:type="dxa" w:w="1384"/>
          </w:tcPr>
          <w:p>
            <w:r>
              <w:rPr>
                <w:b/>
              </w:rPr>
              <w:t>Кто подаёт</w:t>
            </w:r>
          </w:p>
        </w:tc>
        <w:tc>
          <w:tcPr>
            <w:tcW w:type="dxa" w:w="1384"/>
          </w:tcPr>
          <w:p>
            <w:r>
              <w:rPr>
                <w:b/>
              </w:rPr>
              <w:t>Полномочие</w:t>
            </w:r>
          </w:p>
        </w:tc>
        <w:tc>
          <w:tcPr>
            <w:tcW w:type="dxa" w:w="1384"/>
          </w:tcPr>
          <w:p>
            <w:r>
              <w:rPr>
                <w:b/>
              </w:rPr>
              <w:t>Дата заказа</w:t>
            </w:r>
          </w:p>
        </w:tc>
        <w:tc>
          <w:tcPr>
            <w:tcW w:type="dxa" w:w="1384"/>
          </w:tcPr>
          <w:p>
            <w:r>
              <w:rPr>
                <w:b/>
              </w:rPr>
              <w:t>Срок</w:t>
            </w:r>
          </w:p>
        </w:tc>
        <w:tc>
          <w:tcPr>
            <w:tcW w:type="dxa" w:w="1384"/>
          </w:tcPr>
          <w:p>
            <w:r>
              <w:rPr>
                <w:b/>
              </w:rPr>
              <w:t>Получено</w:t>
            </w:r>
          </w:p>
        </w:tc>
      </w:tr>
      <w:tr>
        <w:tc>
          <w:tcPr>
            <w:tcW w:type="dxa" w:w="1384"/>
          </w:tcPr>
          <w:p>
            <w:r>
              <w:t>Заявитель</w:t>
            </w:r>
          </w:p>
        </w:tc>
        <w:tc>
          <w:tcPr>
            <w:tcW w:type="dxa" w:w="1384"/>
          </w:tcPr>
          <w:p>
            <w:r>
              <w:t>[Я / ПРЕДСТАВИТЕЛЬ]</w:t>
            </w:r>
          </w:p>
        </w:tc>
        <w:tc>
          <w:tcPr>
            <w:tcW w:type="dxa" w:w="1384"/>
          </w:tcPr>
          <w:p>
            <w:r>
              <w:t>[НЕТ / ДОВЕРЕННОСТЬ / MPOWER]</w:t>
            </w:r>
          </w:p>
        </w:tc>
        <w:tc>
          <w:tcPr>
            <w:tcW w:type="dxa" w:w="1384"/>
          </w:tcPr>
          <w:p>
            <w:r>
              <w:t>[ДАТА]</w:t>
            </w:r>
          </w:p>
        </w:tc>
        <w:tc>
          <w:tcPr>
            <w:tcW w:type="dxa" w:w="1384"/>
          </w:tcPr>
          <w:p>
            <w:r>
              <w:t>[10 / 3 / 1 РАБОЧИЙ ДЕНЬ]</w:t>
            </w:r>
          </w:p>
        </w:tc>
        <w:tc>
          <w:tcPr>
            <w:tcW w:type="dxa" w:w="1384"/>
          </w:tcPr>
          <w:p>
            <w:r>
              <w:t>[ДАТА]</w:t>
            </w:r>
          </w:p>
        </w:tc>
      </w:tr>
      <w:tr>
        <w:tc>
          <w:tcPr>
            <w:tcW w:type="dxa" w:w="1384"/>
          </w:tcPr>
          <w:p>
            <w:r>
              <w:t>Супруг / супруга</w:t>
            </w:r>
          </w:p>
        </w:tc>
        <w:tc>
          <w:tcPr>
            <w:tcW w:type="dxa" w:w="1384"/>
          </w:tcPr>
          <w:p>
            <w:r>
              <w:t>[САМ / Я ПО ДОВЕРЕННОСТИ]</w:t>
            </w:r>
          </w:p>
        </w:tc>
        <w:tc>
          <w:tcPr>
            <w:tcW w:type="dxa" w:w="1384"/>
          </w:tcPr>
          <w:p>
            <w:r>
              <w:t>[НЕТ / ДОВЕРЕННОСТЬ / MPOWER]</w:t>
            </w:r>
          </w:p>
        </w:tc>
        <w:tc>
          <w:tcPr>
            <w:tcW w:type="dxa" w:w="1384"/>
          </w:tcPr>
          <w:p>
            <w:r>
              <w:t>[ДАТА]</w:t>
            </w:r>
          </w:p>
        </w:tc>
        <w:tc>
          <w:tcPr>
            <w:tcW w:type="dxa" w:w="1384"/>
          </w:tcPr>
          <w:p>
            <w:r>
              <w:t>[10 / 3 / 1 РАБОЧИЙ ДЕНЬ]</w:t>
            </w:r>
          </w:p>
        </w:tc>
        <w:tc>
          <w:tcPr>
            <w:tcW w:type="dxa" w:w="1384"/>
          </w:tcPr>
          <w:p>
            <w:r>
              <w:t>[ДАТА]</w:t>
            </w:r>
          </w:p>
        </w:tc>
      </w:tr>
    </w:tbl>
    <w:p/>
    <w:p>
      <w:pPr>
        <w:pStyle w:val="Heading2"/>
      </w:pPr>
      <w:r>
        <w:t>4. Остальные документы для банка</w:t>
      </w:r>
    </w:p>
    <w:p>
      <w:pPr>
        <w:pStyle w:val="ListBullet"/>
      </w:pPr>
      <w:r>
        <w:t>[ ] Заявление на кредит и заявление на государственную гарантию, подписанные</w:t>
      </w:r>
    </w:p>
    <w:p>
      <w:pPr>
        <w:pStyle w:val="ListBullet"/>
      </w:pPr>
      <w:r>
        <w:t>[ ] Удостоверения личности: заявитель и супруг</w:t>
      </w:r>
    </w:p>
    <w:p>
      <w:pPr>
        <w:pStyle w:val="ListBullet"/>
      </w:pPr>
      <w:r>
        <w:t>[ ] Справки о доходах: заявитель и супруг</w:t>
      </w:r>
    </w:p>
    <w:p>
      <w:pPr>
        <w:pStyle w:val="ListBullet"/>
      </w:pPr>
      <w:r>
        <w:t>[ ] Трудовая книжка и/или индивидуальный трудовой договор (или лицензия на деятельность)</w:t>
      </w:r>
    </w:p>
    <w:p>
      <w:pPr>
        <w:pStyle w:val="ListBullet"/>
      </w:pPr>
      <w:r>
        <w:t>[ ] Выписка из Реестра недвижимого имущества на покупаемое жильё</w:t>
      </w:r>
    </w:p>
    <w:p>
      <w:pPr>
        <w:pStyle w:val="ListBullet"/>
      </w:pPr>
      <w:r>
        <w:t>[ ] Справка об отсутствии долгов перед бюджетом (Государственная налоговая служба)</w:t>
      </w:r>
    </w:p>
    <w:p>
      <w:pPr>
        <w:pStyle w:val="ListBullet"/>
      </w:pPr>
      <w:r>
        <w:t>[ ] Отчёт об оценке жилья</w:t>
      </w:r>
    </w:p>
    <w:p>
      <w:pPr>
        <w:pStyle w:val="ListBullet"/>
      </w:pPr>
      <w:r>
        <w:t>[ ] Справка о жилье (пункт 1)</w:t>
      </w:r>
    </w:p>
    <w:p>
      <w:r>
        <w:t>Заметка: [ЧТО ЕЩЁ ПОПРОСИЛ БАНК]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Пакет «Prima Casă»: справка о жилье на вас и на супруга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