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Skuldebrev</w:t>
      </w:r>
    </w:p>
    <w:p>
      <w:r>
        <w:rPr>
          <w:b/>
        </w:rPr>
        <w:t>Enkelt skuldebrev mellan privatpersoner</w:t>
      </w:r>
    </w:p>
    <w:p>
      <w:r>
        <w:t>Ort och datum: [ORT], [DATUM]</w:t>
      </w:r>
    </w:p>
    <w:p>
      <w:r>
        <w:rPr>
          <w:b/>
        </w:rPr>
        <w:t>Låntagare (gäldenär):</w:t>
      </w:r>
      <w:r>
        <w:t xml:space="preserve"> [LÅNTAGARENS NAMN], personnummer [PERSONNUMMER], adress [ADRESS]</w:t>
      </w:r>
    </w:p>
    <w:p>
      <w:r>
        <w:rPr>
          <w:b/>
        </w:rPr>
        <w:t>Långivare (borgenär):</w:t>
      </w:r>
      <w:r>
        <w:t xml:space="preserve"> [LÅNGIVARENS NAMN], personnummer [PERSONNUMMER], adress [ADRESS]</w:t>
      </w:r>
    </w:p>
    <w:p>
      <w:pPr>
        <w:pStyle w:val="Heading2"/>
      </w:pPr>
      <w:r>
        <w:t>1. Lånet</w:t>
      </w:r>
    </w:p>
    <w:p>
      <w:r>
        <w:t>Jag, låntagaren, har den [DATUM FÖR UTBETALNING] lånat [BELOPP] kronor (med bokstäver: [BELOPP MED BOKSTÄVER] kronor) av långivaren. Pengarna betalades ut genom [SWISH / ÖVERFÖRING TILL KONTO / KONTANT].</w:t>
      </w:r>
    </w:p>
    <w:p>
      <w:r>
        <w:t>Skuldebrevet är ställt till långivaren personligen. Det är ett enkelt skuldebrev och inte ställt till innehavaren eller till order.</w:t>
      </w:r>
    </w:p>
    <w:p>
      <w:pPr>
        <w:pStyle w:val="Heading2"/>
      </w:pPr>
      <w:r>
        <w:t>2. Ränta</w:t>
      </w:r>
    </w:p>
    <w:p>
      <w:r>
        <w:t>[Välj ett alternativ och stryk det andra]</w:t>
      </w:r>
    </w:p>
    <w:p>
      <w:pPr>
        <w:pStyle w:val="ListBullet"/>
      </w:pPr>
      <w:r>
        <w:t>Lånet är räntefritt.</w:t>
      </w:r>
    </w:p>
    <w:p>
      <w:pPr>
        <w:pStyle w:val="ListBullet"/>
      </w:pPr>
      <w:r>
        <w:t>Lånet löper med [RÄNTESATS] % årlig ränta från [DATUM]. Räntan betalas [MÅNADSVIS / ÅRLIGEN / TILLSAMMANS MED AVBETALNINGARNA].</w:t>
      </w:r>
    </w:p>
    <w:p>
      <w:pPr>
        <w:pStyle w:val="Heading2"/>
      </w:pPr>
      <w:r>
        <w:t>3. Återbetalning</w:t>
      </w:r>
    </w:p>
    <w:p>
      <w:r>
        <w:t>[Välj ett alternativ och stryk det andra]</w:t>
      </w:r>
    </w:p>
    <w:p>
      <w:pPr>
        <w:pStyle w:val="ListBullet"/>
      </w:pPr>
      <w:r>
        <w:t>Lånet ska vara helt återbetalt senast den [FÖRFALLODAG].</w:t>
      </w:r>
    </w:p>
    <w:p>
      <w:pPr>
        <w:pStyle w:val="ListBullet"/>
      </w:pPr>
      <w:r>
        <w:t>Lånet betalas tillbaka med [BELOPP PER AVBETALNING] kronor den [DAG] varje månad, första gången den [DATUM], tills hela skulden är betald.</w:t>
      </w:r>
    </w:p>
    <w:p>
      <w:r>
        <w:t>Betalning sker till långivarens konto [BANK OCH KONTONUMMER] eller via Swish till [MOBILNUMMER]. Jag får när som helst betala tillbaka hela eller en del av skulden i förtid.</w:t>
      </w:r>
    </w:p>
    <w:p>
      <w:pPr>
        <w:pStyle w:val="Heading2"/>
      </w:pPr>
      <w:r>
        <w:t>4. Om betalningen dröjer</w:t>
      </w:r>
    </w:p>
    <w:p>
      <w:r>
        <w:t>Om en betalning inte görs i tid betalar jag dröjsmålsränta enligt räntelagen.</w:t>
      </w:r>
    </w:p>
    <w:p>
      <w:pPr>
        <w:pStyle w:val="Heading2"/>
      </w:pPr>
      <w:r>
        <w:t>5. Kvitto</w:t>
      </w:r>
    </w:p>
    <w:p>
      <w:r>
        <w:t>Långivaren antecknar varje betalning nedan eller lämnar kvitto. När hela skulden är betald lämnar långivaren tillbaka skuldebrevet till mig.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076"/>
        <w:gridCol w:w="2076"/>
        <w:gridCol w:w="2076"/>
        <w:gridCol w:w="2076"/>
      </w:tblGrid>
      <w:tr>
        <w:tc>
          <w:tcPr>
            <w:tcW w:type="dxa" w:w="2076"/>
          </w:tcPr>
          <w:p>
            <w:r>
              <w:rPr>
                <w:b/>
              </w:rPr>
              <w:t>Datum</w:t>
            </w:r>
          </w:p>
        </w:tc>
        <w:tc>
          <w:tcPr>
            <w:tcW w:type="dxa" w:w="2076"/>
          </w:tcPr>
          <w:p>
            <w:r>
              <w:rPr>
                <w:b/>
              </w:rPr>
              <w:t>Betalt belopp</w:t>
            </w:r>
          </w:p>
        </w:tc>
        <w:tc>
          <w:tcPr>
            <w:tcW w:type="dxa" w:w="2076"/>
          </w:tcPr>
          <w:p>
            <w:r>
              <w:rPr>
                <w:b/>
              </w:rPr>
              <w:t>Kvar att betala</w:t>
            </w:r>
          </w:p>
        </w:tc>
        <w:tc>
          <w:tcPr>
            <w:tcW w:type="dxa" w:w="2076"/>
          </w:tcPr>
          <w:p>
            <w:r>
              <w:rPr>
                <w:b/>
              </w:rPr>
              <w:t>Långivarens signatur</w:t>
            </w:r>
          </w:p>
        </w:tc>
      </w:tr>
      <w:tr>
        <w:tc>
          <w:tcPr>
            <w:tcW w:type="dxa" w:w="2076"/>
          </w:tcPr>
          <w:p>
            <w:r>
              <w:t>[DATUM]</w:t>
            </w:r>
          </w:p>
        </w:tc>
        <w:tc>
          <w:tcPr>
            <w:tcW w:type="dxa" w:w="2076"/>
          </w:tcPr>
          <w:p>
            <w:r>
              <w:t>[BELOPP]</w:t>
            </w:r>
          </w:p>
        </w:tc>
        <w:tc>
          <w:tcPr>
            <w:tcW w:type="dxa" w:w="2076"/>
          </w:tcPr>
          <w:p>
            <w:r>
              <w:t>[BELOPP]</w:t>
            </w:r>
          </w:p>
        </w:tc>
        <w:tc>
          <w:tcPr>
            <w:tcW w:type="dxa" w:w="2076"/>
          </w:tcPr>
          <w:p>
            <w:r>
              <w:t>____________</w:t>
            </w:r>
          </w:p>
        </w:tc>
      </w:tr>
      <w:tr>
        <w:tc>
          <w:tcPr>
            <w:tcW w:type="dxa" w:w="2076"/>
          </w:tcPr>
          <w:p>
            <w:r>
              <w:t>[DATUM]</w:t>
            </w:r>
          </w:p>
        </w:tc>
        <w:tc>
          <w:tcPr>
            <w:tcW w:type="dxa" w:w="2076"/>
          </w:tcPr>
          <w:p>
            <w:r>
              <w:t>[BELOPP]</w:t>
            </w:r>
          </w:p>
        </w:tc>
        <w:tc>
          <w:tcPr>
            <w:tcW w:type="dxa" w:w="2076"/>
          </w:tcPr>
          <w:p>
            <w:r>
              <w:t>[BELOPP]</w:t>
            </w:r>
          </w:p>
        </w:tc>
        <w:tc>
          <w:tcPr>
            <w:tcW w:type="dxa" w:w="2076"/>
          </w:tcPr>
          <w:p>
            <w:r>
              <w:t>____________</w:t>
            </w:r>
          </w:p>
        </w:tc>
      </w:tr>
      <w:tr>
        <w:tc>
          <w:tcPr>
            <w:tcW w:type="dxa" w:w="2076"/>
          </w:tcPr>
          <w:p>
            <w:r>
              <w:t>[DATUM]</w:t>
            </w:r>
          </w:p>
        </w:tc>
        <w:tc>
          <w:tcPr>
            <w:tcW w:type="dxa" w:w="2076"/>
          </w:tcPr>
          <w:p>
            <w:r>
              <w:t>[BELOPP]</w:t>
            </w:r>
          </w:p>
        </w:tc>
        <w:tc>
          <w:tcPr>
            <w:tcW w:type="dxa" w:w="2076"/>
          </w:tcPr>
          <w:p>
            <w:r>
              <w:t>[BELOPP]</w:t>
            </w:r>
          </w:p>
        </w:tc>
        <w:tc>
          <w:tcPr>
            <w:tcW w:type="dxa" w:w="2076"/>
          </w:tcPr>
          <w:p>
            <w:r>
              <w:t>____________</w:t>
            </w:r>
          </w:p>
        </w:tc>
      </w:tr>
    </w:tbl>
    <w:p/>
    <w:p>
      <w:pPr>
        <w:pStyle w:val="Heading2"/>
      </w:pPr>
      <w:r>
        <w:t>Underskrifter</w:t>
      </w:r>
    </w:p>
    <w:p>
      <w:r>
        <w:t>Detta skuldebrev är upprättat i två likalydande exemplar, ett till var och en.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769"/>
        <w:gridCol w:w="2769"/>
        <w:gridCol w:w="2769"/>
      </w:tblGrid>
      <w:tr>
        <w:tc>
          <w:tcPr>
            <w:tcW w:type="dxa" w:w="2769"/>
          </w:tcPr>
          <w:p/>
        </w:tc>
        <w:tc>
          <w:tcPr>
            <w:tcW w:type="dxa" w:w="2769"/>
          </w:tcPr>
          <w:p>
            <w:r>
              <w:rPr>
                <w:b/>
              </w:rPr>
              <w:t>Namn</w:t>
            </w:r>
          </w:p>
        </w:tc>
        <w:tc>
          <w:tcPr>
            <w:tcW w:type="dxa" w:w="2769"/>
          </w:tcPr>
          <w:p>
            <w:r>
              <w:rPr>
                <w:b/>
              </w:rPr>
              <w:t>Underskrift</w:t>
            </w:r>
          </w:p>
        </w:tc>
      </w:tr>
      <w:tr>
        <w:tc>
          <w:tcPr>
            <w:tcW w:type="dxa" w:w="2769"/>
          </w:tcPr>
          <w:p>
            <w:r>
              <w:t>Låntagare</w:t>
            </w:r>
          </w:p>
        </w:tc>
        <w:tc>
          <w:tcPr>
            <w:tcW w:type="dxa" w:w="2769"/>
          </w:tcPr>
          <w:p>
            <w:r>
              <w:t>[LÅNTAGARENS NAMN]</w:t>
            </w:r>
          </w:p>
        </w:tc>
        <w:tc>
          <w:tcPr>
            <w:tcW w:type="dxa" w:w="2769"/>
          </w:tcPr>
          <w:p>
            <w:r>
              <w:t>____________________</w:t>
            </w:r>
          </w:p>
        </w:tc>
      </w:tr>
      <w:tr>
        <w:tc>
          <w:tcPr>
            <w:tcW w:type="dxa" w:w="2769"/>
          </w:tcPr>
          <w:p>
            <w:r>
              <w:t>Långivare (har tagit del av skuldebrevet)</w:t>
            </w:r>
          </w:p>
        </w:tc>
        <w:tc>
          <w:tcPr>
            <w:tcW w:type="dxa" w:w="2769"/>
          </w:tcPr>
          <w:p>
            <w:r>
              <w:t>[LÅNGIVARENS NAMN]</w:t>
            </w:r>
          </w:p>
        </w:tc>
        <w:tc>
          <w:tcPr>
            <w:tcW w:type="dxa" w:w="2769"/>
          </w:tcPr>
          <w:p>
            <w:r>
              <w:t>____________________</w:t>
            </w:r>
          </w:p>
        </w:tc>
      </w:tr>
    </w:tbl>
    <w:p/>
    <w:p>
      <w:pPr>
        <w:pStyle w:val="Heading2"/>
        <w:pageBreakBefore/>
      </w:pPr>
      <w:r>
        <w:t>För mig: innan vi skriver under</w:t>
      </w:r>
    </w:p>
    <w:p>
      <w:pPr>
        <w:pStyle w:val="ListBullet"/>
      </w:pPr>
      <w:r>
        <w:t>[ ] Långivaren står med namn: då är skuldebrevet enkelt (26 § skuldebrevslagen)</w:t>
      </w:r>
    </w:p>
    <w:p>
      <w:pPr>
        <w:pStyle w:val="ListBullet"/>
      </w:pPr>
      <w:r>
        <w:t>[ ] Är vi flera låntagare? Utan förbehåll om delat ansvar svarar vi en för alla och alla för en (2 § skuldebrevslagen)</w:t>
      </w:r>
    </w:p>
    <w:p>
      <w:pPr>
        <w:pStyle w:val="ListBullet"/>
      </w:pPr>
      <w:r>
        <w:t>[ ] Står ingen förfallodag måste lånet betalas när långivaren kräver det (5 § skuldebrevslagen)</w:t>
      </w:r>
    </w:p>
    <w:p>
      <w:pPr>
        <w:pStyle w:val="ListBullet"/>
      </w:pPr>
      <w:r>
        <w:t>[ ] Förfallodag på en lördag, söndag eller helgdag flyttas till nästa vardag (5 § skuldebrevslagen)</w:t>
      </w:r>
    </w:p>
    <w:p>
      <w:pPr>
        <w:pStyle w:val="ListBullet"/>
      </w:pPr>
      <w:r>
        <w:t>[ ] Dröjsmålsränta: referensränta + 8 procentenheter (6 § räntelagen)</w:t>
      </w:r>
    </w:p>
    <w:p>
      <w:pPr>
        <w:pStyle w:val="ListBullet"/>
      </w:pPr>
      <w:r>
        <w:t>[ ] Fordran preskriberas tio år efter tillkomsten, om inte preskriptionen avbryts, till exempel genom betalning eller skriftligt krav (2 och 5 §§ preskriptionslagen)</w:t>
      </w:r>
    </w:p>
    <w:p>
      <w:pPr>
        <w:pStyle w:val="ListBullet"/>
      </w:pPr>
      <w:r>
        <w:t>[ ] Var sitt original sparat, och kvitton på alla betalningar</w:t>
      </w:r>
    </w:p>
    <w:sectPr w:rsidR="00FC693F" w:rsidRPr="0006063C" w:rsidSect="0003461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cs="Arial" w:eastAsia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cs="Arial" w:eastAsia="Arial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" w:hAnsi="Arial" w:cs="Arial" w:eastAsia="Arial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Skuldebrev</dc:title>
  <dc:subject/>
  <dc:creator>Layers (layers.md)</dc:creator>
  <cp:keywords/>
  <dc:description>CC BY 4.0 · © Layers (layers.md)</dc:description>
  <cp:lastModifiedBy/>
  <cp:revision>1</cp:revision>
  <dcterms:created xsi:type="dcterms:W3CDTF">2026-10-29T00:00:00Z</dcterms:created>
  <dcterms:modified xsi:type="dcterms:W3CDTF">2026-10-29T00:00:00Z</dcterms:modified>
  <cp:category/>
</cp:coreProperties>
</file>