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委託書</w:t>
      </w:r>
    </w:p>
    <w:p>
      <w:r>
        <w:t>本人 [委託人姓名]（國民身分證統一編號：[委託人身分證字號]）因 [委託原因，例如：工作、路途遙遠、行動不便] 不能親自申請，茲委託 [受託人姓名]（國民身分證統一編號：[受託人身分證字號]）代為向戶政事務所辦理下列事項：</w:t>
      </w:r>
    </w:p>
    <w:p>
      <w:r>
        <w:rPr>
          <w:b/>
        </w:rPr>
        <w:t>委託事項：申請 [謄本種類，例如：現戶全部、現戶部分] 戶籍謄本 [份數] 份</w:t>
      </w:r>
    </w:p>
    <w:p>
      <w:r>
        <w:t>被申請人姓名：[被申請人姓名]</w:t>
      </w:r>
      <w:r>
        <w:br/>
      </w:r>
      <w:r>
        <w:t>用途：[用途]</w:t>
      </w:r>
      <w:r>
        <w:br/>
      </w:r>
      <w:r>
        <w:t>其他註明事項：[例如：個人記事勿省略]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2769"/>
          </w:tcPr>
          <w:p>
            <w:r>
              <w:rPr>
                <w:b/>
              </w:rPr>
              <w:t>委託人</w:t>
            </w:r>
          </w:p>
        </w:tc>
        <w:tc>
          <w:tcPr>
            <w:tcW w:type="dxa" w:w="2769"/>
          </w:tcPr>
          <w:p>
            <w:r>
              <w:rPr>
                <w:b/>
              </w:rPr>
              <w:t>受託人</w:t>
            </w:r>
          </w:p>
        </w:tc>
      </w:tr>
      <w:tr>
        <w:tc>
          <w:tcPr>
            <w:tcW w:type="dxa" w:w="2769"/>
          </w:tcPr>
          <w:p>
            <w:r>
              <w:t>姓名</w:t>
            </w:r>
          </w:p>
        </w:tc>
        <w:tc>
          <w:tcPr>
            <w:tcW w:type="dxa" w:w="2769"/>
          </w:tcPr>
          <w:p>
            <w:r>
              <w:t>[委託人姓名]</w:t>
            </w:r>
          </w:p>
        </w:tc>
        <w:tc>
          <w:tcPr>
            <w:tcW w:type="dxa" w:w="2769"/>
          </w:tcPr>
          <w:p>
            <w:r>
              <w:t>[受託人姓名]</w:t>
            </w:r>
          </w:p>
        </w:tc>
      </w:tr>
      <w:tr>
        <w:tc>
          <w:tcPr>
            <w:tcW w:type="dxa" w:w="2769"/>
          </w:tcPr>
          <w:p>
            <w:r>
              <w:t>身分證字號</w:t>
            </w:r>
          </w:p>
        </w:tc>
        <w:tc>
          <w:tcPr>
            <w:tcW w:type="dxa" w:w="2769"/>
          </w:tcPr>
          <w:p>
            <w:r>
              <w:t>[委託人身分證字號]</w:t>
            </w:r>
          </w:p>
        </w:tc>
        <w:tc>
          <w:tcPr>
            <w:tcW w:type="dxa" w:w="2769"/>
          </w:tcPr>
          <w:p>
            <w:r>
              <w:t>[受託人身分證字號]</w:t>
            </w:r>
          </w:p>
        </w:tc>
      </w:tr>
      <w:tr>
        <w:tc>
          <w:tcPr>
            <w:tcW w:type="dxa" w:w="2769"/>
          </w:tcPr>
          <w:p>
            <w:r>
              <w:t>電話</w:t>
            </w:r>
          </w:p>
        </w:tc>
        <w:tc>
          <w:tcPr>
            <w:tcW w:type="dxa" w:w="2769"/>
          </w:tcPr>
          <w:p>
            <w:r>
              <w:t>[委託人電話]</w:t>
            </w:r>
          </w:p>
        </w:tc>
        <w:tc>
          <w:tcPr>
            <w:tcW w:type="dxa" w:w="2769"/>
          </w:tcPr>
          <w:p>
            <w:r>
              <w:t>[受託人電話]</w:t>
            </w:r>
          </w:p>
        </w:tc>
      </w:tr>
      <w:tr>
        <w:tc>
          <w:tcPr>
            <w:tcW w:type="dxa" w:w="2769"/>
          </w:tcPr>
          <w:p>
            <w:r>
              <w:t>住址</w:t>
            </w:r>
          </w:p>
        </w:tc>
        <w:tc>
          <w:tcPr>
            <w:tcW w:type="dxa" w:w="2769"/>
          </w:tcPr>
          <w:p>
            <w:r>
              <w:t>[委託人住址]</w:t>
            </w:r>
          </w:p>
        </w:tc>
        <w:tc>
          <w:tcPr>
            <w:tcW w:type="dxa" w:w="2769"/>
          </w:tcPr>
          <w:p>
            <w:r>
              <w:t>[受託人住址]</w:t>
            </w:r>
          </w:p>
        </w:tc>
      </w:tr>
      <w:tr>
        <w:tc>
          <w:tcPr>
            <w:tcW w:type="dxa" w:w="2769"/>
          </w:tcPr>
          <w:p>
            <w:r>
              <w:t>簽名或蓋章</w:t>
            </w:r>
          </w:p>
        </w:tc>
        <w:tc>
          <w:tcPr>
            <w:tcW w:type="dxa" w:w="2769"/>
          </w:tcPr>
          <w:p>
            <w:r>
              <w:t>____________</w:t>
            </w:r>
          </w:p>
        </w:tc>
        <w:tc>
          <w:tcPr>
            <w:tcW w:type="dxa" w:w="2769"/>
          </w:tcPr>
          <w:p>
            <w:r>
              <w:t>____________</w:t>
            </w:r>
          </w:p>
        </w:tc>
      </w:tr>
    </w:tbl>
    <w:p/>
    <w:p>
      <w:r>
        <w:t>此致</w:t>
      </w:r>
    </w:p>
    <w:p>
      <w:r>
        <w:t>[戶政事務所名稱]</w:t>
      </w:r>
    </w:p>
    <w:p>
      <w:r>
        <w:t>中華民國 [年] 年 [月] 月 [日] 日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zh-T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Microsoft JhengHe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Microsoft JhengHe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Microsoft JhengHe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委託書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