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Pedido de abertura de conta bancária</w:t>
      </w:r>
    </w:p>
    <w:p>
      <w:r>
        <w:t>[NOME COMPLETO]</w:t>
      </w:r>
      <w:r>
        <w:br/>
      </w:r>
      <w:r>
        <w:t>[TIPO E NÚMERO DO DOCUMENTO DE IDENTIFICAÇÃO] · NIF [NÚMERO]</w:t>
      </w:r>
      <w:r>
        <w:br/>
      </w:r>
      <w:r>
        <w:t>[MORADA]</w:t>
      </w:r>
      <w:r>
        <w:br/>
      </w:r>
      <w:r>
        <w:t>[TELEFONE] · [E-MAIL]</w:t>
      </w:r>
    </w:p>
    <w:p>
      <w:r>
        <w:t>[CIDADE], [DATA]</w:t>
      </w:r>
    </w:p>
    <w:p>
      <w:r>
        <w:t>Ao Gerente da Agência de [NOME DA AGÊNCIA]</w:t>
      </w:r>
      <w:r>
        <w:br/>
      </w:r>
      <w:r>
        <w:t>[NOME DO BANCO]</w:t>
      </w:r>
    </w:p>
    <w:p>
      <w:r>
        <w:rPr>
          <w:b/>
        </w:rPr>
        <w:t>Assunto: Abertura de [CONTA À ORDEM EM KWANZAS / OUTRA CONTA]</w:t>
      </w:r>
    </w:p>
    <w:p>
      <w:r>
        <w:t>Exmo. Senhor Gerente,</w:t>
      </w:r>
    </w:p>
    <w:p>
      <w:r>
        <w:t>Venho pedir a abertura de uma [CONTA À ORDEM EM KWANZAS / OUTRA CONTA] em meu nome nesta agência. O motivo da abertura é [RECEBER O SALÁRIO / POUPAR / OUTRO MOTIVO].</w:t>
      </w:r>
    </w:p>
    <w:p>
      <w:r>
        <w:t>Junto a este pedido:</w:t>
      </w:r>
    </w:p>
    <w:p>
      <w:pPr>
        <w:pStyle w:val="ListBullet"/>
      </w:pPr>
      <w:r>
        <w:t>cópia do meu documento de identificação válido;</w:t>
      </w:r>
    </w:p>
    <w:p>
      <w:pPr>
        <w:pStyle w:val="ListBullet"/>
      </w:pPr>
      <w:r>
        <w:t>o meu Número de Identificação Fiscal (NIF);</w:t>
      </w:r>
    </w:p>
    <w:p>
      <w:pPr>
        <w:pStyle w:val="ListBullet"/>
      </w:pPr>
      <w:r>
        <w:t>[ÚLTIMO RECIBO DE VENCIMENTO / DECLARAÇÃO DA ENTIDADE PATRONAL / COMPROVATIVO DE MATRÍCULA / OUTRO COMPROVATIVO DE RENDIMENTOS];</w:t>
      </w:r>
    </w:p>
    <w:p>
      <w:pPr>
        <w:pStyle w:val="ListBullet"/>
      </w:pPr>
      <w:r>
        <w:t>[ATESTADO DE RESIDÊNCIA OU FACTURA, SE A MORADA DO DOCUMENTO FOR DIFERENTE];</w:t>
      </w:r>
    </w:p>
    <w:p>
      <w:pPr>
        <w:pStyle w:val="ListBullet"/>
      </w:pPr>
      <w:r>
        <w:t>[FOTOGRAFIA TIPO PASSE, SE A AGÊNCIA PEDIR].</w:t>
      </w:r>
    </w:p>
    <w:p>
      <w:r>
        <w:t>Peço que me indiquem o montante mínimo de abertura e me disponibilizem as condições gerais e particulares do contrato e a ficha técnica informativa antes da assinatura, nos termos do artigo 5.º do Aviso n.º 1/23 do Banco Nacional de Angola.</w:t>
      </w:r>
    </w:p>
    <w:p>
      <w:r>
        <w:t>Com os melhores cumprimentos,</w:t>
      </w:r>
    </w:p>
    <w:p>
      <w:r>
        <w:t>[ASSINATURA]</w:t>
      </w:r>
    </w:p>
    <w:p>
      <w:r>
        <w:t>[NOME COMPLETO]</w:t>
      </w:r>
    </w:p>
    <w:p>
      <w:r>
        <w:t>Recebido por: ____________ Data: ____________</w:t>
      </w:r>
    </w:p>
    <w:sectPr w:rsidR="00FC693F" w:rsidRPr="0006063C" w:rsidSect="00034616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Arial" w:hAnsi="Arial" w:cs="Arial" w:eastAsia="Arial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="Arial" w:hAnsi="Arial" w:cs="Arial" w:eastAsia="Arial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="Arial" w:hAnsi="Arial" w:cs="Arial" w:eastAsia="Arial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Pedido de abertura de conta bancária</dc:title>
  <dc:subject/>
  <dc:creator>Layers (layers.md)</dc:creator>
  <cp:keywords/>
  <dc:description>CC BY 4.0 · © Layers (layers.md)</dc:description>
  <cp:lastModifiedBy/>
  <cp:revision>1</cp:revision>
  <dcterms:created xsi:type="dcterms:W3CDTF">2026-10-29T00:00:00Z</dcterms:created>
  <dcterms:modified xsi:type="dcterms:W3CDTF">2026-10-29T00:00:00Z</dcterms:modified>
  <cp:category/>
</cp:coreProperties>
</file>