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Rwandan nationality by residence: dossier checklist and detailed CV</w:t>
      </w:r>
    </w:p>
    <w:p>
      <w:r>
        <w:t>Legal basis: Organic Law No 002/2021.OL of 16/07/2021 governing Rwandan nationality, article 16; Ministerial Order No 007/01 of 23/03/2022, article 5.</w:t>
      </w:r>
    </w:p>
    <w:p>
      <w:pPr>
        <w:pStyle w:val="Heading2"/>
      </w:pPr>
      <w:r>
        <w:t>1. Conditions</w:t>
      </w:r>
    </w:p>
    <w:p>
      <w:pPr>
        <w:pStyle w:val="ListBullet"/>
      </w:pPr>
      <w:r>
        <w:t>☐ At least 15 years of legal residence in Rwanda on the date of application. First entry: [DATE]. Years covered: [FROM]–[TO]</w:t>
      </w:r>
    </w:p>
    <w:p>
      <w:pPr>
        <w:pStyle w:val="ListBullet"/>
      </w:pPr>
      <w:r>
        <w:t>☐ Integrity and good conduct</w:t>
      </w:r>
    </w:p>
    <w:p>
      <w:pPr>
        <w:pStyle w:val="ListBullet"/>
      </w:pPr>
      <w:r>
        <w:t>☐ Knowledge of and respect for Rwandan culture and traditions</w:t>
      </w:r>
    </w:p>
    <w:p>
      <w:pPr>
        <w:pStyle w:val="ListBullet"/>
      </w:pPr>
      <w:r>
        <w:t>☐ Knowledge of Rwandan civic values</w:t>
      </w:r>
    </w:p>
    <w:p>
      <w:pPr>
        <w:pStyle w:val="ListBullet"/>
      </w:pPr>
      <w:r>
        <w:t>☐ Good social relations in Rwandan society</w:t>
      </w:r>
    </w:p>
    <w:p>
      <w:pPr>
        <w:pStyle w:val="ListBullet"/>
      </w:pPr>
      <w:r>
        <w:t>☐ Sufficient means</w:t>
      </w:r>
    </w:p>
    <w:p>
      <w:pPr>
        <w:pStyle w:val="ListBullet"/>
      </w:pPr>
      <w:r>
        <w:t>☐ No threat to national security</w:t>
      </w:r>
    </w:p>
    <w:p>
      <w:pPr>
        <w:pStyle w:val="Heading2"/>
      </w:pPr>
      <w:r>
        <w:t>2. Documents</w:t>
      </w:r>
    </w:p>
    <w:p>
      <w:pPr>
        <w:pStyle w:val="ListBullet"/>
      </w:pPr>
      <w:r>
        <w:t>☐ Copy of birth record</w:t>
      </w:r>
    </w:p>
    <w:p>
      <w:pPr>
        <w:pStyle w:val="ListBullet"/>
      </w:pPr>
      <w:r>
        <w:t>☐ Copy of passport · No. [PASSPORT NUMBER]</w:t>
      </w:r>
    </w:p>
    <w:p>
      <w:pPr>
        <w:pStyle w:val="ListBullet"/>
      </w:pPr>
      <w:r>
        <w:t>☐ Copies of residence permits for 15 consecutive years · [FROM YEAR]–[TO YEAR]</w:t>
      </w:r>
    </w:p>
    <w:p>
      <w:pPr>
        <w:pStyle w:val="ListBullet"/>
      </w:pPr>
      <w:r>
        <w:t>☐ Letter on conduct from the Executive Secretary of the Cell · Cell [CELL], Sector [SECTOR], District [DISTRICT]</w:t>
      </w:r>
    </w:p>
    <w:p>
      <w:pPr>
        <w:pStyle w:val="ListBullet"/>
      </w:pPr>
      <w:r>
        <w:t>☐ Certificate of property in Rwanda or of work</w:t>
      </w:r>
    </w:p>
    <w:p>
      <w:pPr>
        <w:pStyle w:val="ListBullet"/>
      </w:pPr>
      <w:r>
        <w:t>☐ Criminal record certificate</w:t>
      </w:r>
    </w:p>
    <w:p>
      <w:pPr>
        <w:pStyle w:val="ListBullet"/>
      </w:pPr>
      <w:r>
        <w:t>☐ Colour photo, white background</w:t>
      </w:r>
    </w:p>
    <w:p>
      <w:pPr>
        <w:pStyle w:val="ListBullet"/>
      </w:pPr>
      <w:r>
        <w:t>☐ Detailed CV (part 4)</w:t>
      </w:r>
    </w:p>
    <w:p>
      <w:pPr>
        <w:pStyle w:val="ListBullet"/>
      </w:pPr>
      <w:r>
        <w:t>☐ Birth certificates of children under 18 · [NAMES OR «NONE»]</w:t>
      </w:r>
    </w:p>
    <w:p>
      <w:pPr>
        <w:pStyle w:val="ListBullet"/>
      </w:pPr>
      <w:r>
        <w:t>☐ Proof of payment, RWF 10,000 · Billing no. [NUMBER]</w:t>
      </w:r>
    </w:p>
    <w:p>
      <w:pPr>
        <w:pStyle w:val="Heading2"/>
      </w:pPr>
      <w:r>
        <w:t>3. Steps</w:t>
      </w:r>
    </w:p>
    <w:p>
      <w:pPr>
        <w:pStyle w:val="ListNumber"/>
      </w:pPr>
      <w:r>
        <w:t>Apply on Irembo (Immigration and Emigration → Rwandan nationality by acquisition → Residence), at DGIE, at the District Immigration Office where you live, or at a Rwandan embassy or consulate.</w:t>
      </w:r>
    </w:p>
    <w:p>
      <w:pPr>
        <w:pStyle w:val="ListNumber"/>
      </w:pPr>
      <w:r>
        <w:t>Pay RWF 10,000 with the billing number.</w:t>
      </w:r>
    </w:p>
    <w:p>
      <w:pPr>
        <w:pStyle w:val="ListNumber"/>
      </w:pPr>
      <w:r>
        <w:t>Follow up after six months. DGIE may ask for more information.</w:t>
      </w:r>
    </w:p>
    <w:p>
      <w:pPr>
        <w:pStyle w:val="ListNumber"/>
      </w:pPr>
      <w:r>
        <w:t>Cabinet decides. Your name is published in the Official Gazette.</w:t>
      </w:r>
    </w:p>
    <w:p>
      <w:pPr>
        <w:pStyle w:val="ListNumber"/>
      </w:pPr>
      <w:r>
        <w:t>Pay RWF 100,000 for granted nationality, as DGIE tells you.</w:t>
      </w:r>
    </w:p>
    <w:p>
      <w:pPr>
        <w:pStyle w:val="ListNumber"/>
      </w:pPr>
      <w:r>
        <w:t>Take the oath. Receive the certificate within 60 days of publication and register with the civil registrar.</w:t>
      </w:r>
    </w:p>
    <w:p>
      <w:pPr>
        <w:pStyle w:val="ListBullet"/>
      </w:pPr>
      <w:r>
        <w:t>Submitted on: [DATE] · Where: [IREMBO / DGIE / DISTRICT OFFICE / EMBASSY]</w:t>
      </w:r>
    </w:p>
    <w:p>
      <w:pPr>
        <w:pStyle w:val="ListBullet"/>
      </w:pPr>
      <w:r>
        <w:t>Application or billing number: [NUMBER]</w:t>
      </w:r>
    </w:p>
    <w:p>
      <w:pPr>
        <w:pStyle w:val="ListBullet"/>
      </w:pPr>
      <w:r>
        <w:t>Follow-up date: [DATE]</w:t>
      </w:r>
    </w:p>
    <w:p>
      <w:r>
        <w:t>The file stays valid for 3 years from the date it is received.</w:t>
      </w:r>
    </w:p>
    <w:p>
      <w:pPr>
        <w:pStyle w:val="Heading2"/>
        <w:pageBreakBefore/>
      </w:pPr>
      <w:r>
        <w:t>4. Detailed CV</w:t>
      </w:r>
    </w:p>
    <w:p>
      <w:r>
        <w:rPr>
          <w:b/>
        </w:rPr>
        <w:t>Identity</w:t>
      </w:r>
    </w:p>
    <w:p>
      <w:pPr>
        <w:pStyle w:val="ListBullet"/>
      </w:pPr>
      <w:r>
        <w:t>Surname and given names: [NAMES]</w:t>
      </w:r>
    </w:p>
    <w:p>
      <w:pPr>
        <w:pStyle w:val="ListBullet"/>
      </w:pPr>
      <w:r>
        <w:t>Date and place of birth: [DATE], [PLACE, COUNTRY]</w:t>
      </w:r>
    </w:p>
    <w:p>
      <w:pPr>
        <w:pStyle w:val="ListBullet"/>
      </w:pPr>
      <w:r>
        <w:t>Nationality: [NATIONALITY]</w:t>
      </w:r>
    </w:p>
    <w:p>
      <w:pPr>
        <w:pStyle w:val="ListBullet"/>
      </w:pPr>
      <w:r>
        <w:t>Document and number: [PASSPORT OR OTHER] [NUMBER]</w:t>
      </w:r>
    </w:p>
    <w:p>
      <w:pPr>
        <w:pStyle w:val="ListBullet"/>
      </w:pPr>
      <w:r>
        <w:t>Father: [NAMES] · Mother: [NAMES]</w:t>
      </w:r>
    </w:p>
    <w:p>
      <w:r>
        <w:rPr>
          <w:b/>
        </w:rPr>
        <w:t>Family</w:t>
      </w:r>
    </w:p>
    <w:p>
      <w:pPr>
        <w:pStyle w:val="ListBullet"/>
      </w:pPr>
      <w:r>
        <w:t>Marital status: [STATUS]</w:t>
      </w:r>
    </w:p>
    <w:p>
      <w:pPr>
        <w:pStyle w:val="ListBullet"/>
      </w:pPr>
      <w:r>
        <w:t>Spouse: [NAMES], [NATIONALITY]</w:t>
      </w:r>
    </w:p>
    <w:p>
      <w:pPr>
        <w:pStyle w:val="ListBullet"/>
      </w:pPr>
      <w:r>
        <w:t>Children under 18: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6"/>
        <w:gridCol w:w="2076"/>
        <w:gridCol w:w="2076"/>
        <w:gridCol w:w="2076"/>
      </w:tblGrid>
      <w:tr>
        <w:tc>
          <w:tcPr>
            <w:tcW w:type="dxa" w:w="2076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076"/>
          </w:tcPr>
          <w:p>
            <w:r>
              <w:rPr>
                <w:b/>
              </w:rPr>
              <w:t>Date of birth</w:t>
            </w:r>
          </w:p>
        </w:tc>
        <w:tc>
          <w:tcPr>
            <w:tcW w:type="dxa" w:w="2076"/>
          </w:tcPr>
          <w:p>
            <w:r>
              <w:rPr>
                <w:b/>
              </w:rPr>
              <w:t>Place of birth</w:t>
            </w:r>
          </w:p>
        </w:tc>
        <w:tc>
          <w:tcPr>
            <w:tcW w:type="dxa" w:w="2076"/>
          </w:tcPr>
          <w:p>
            <w:r>
              <w:rPr>
                <w:b/>
              </w:rPr>
              <w:t>Nationality</w:t>
            </w:r>
          </w:p>
        </w:tc>
      </w:tr>
      <w:tr>
        <w:tc>
          <w:tcPr>
            <w:tcW w:type="dxa" w:w="2076"/>
          </w:tcPr>
          <w:p>
            <w:r>
              <w:t>[NAME]</w:t>
            </w:r>
          </w:p>
        </w:tc>
        <w:tc>
          <w:tcPr>
            <w:tcW w:type="dxa" w:w="2076"/>
          </w:tcPr>
          <w:p>
            <w:r>
              <w:t>[DATE]</w:t>
            </w:r>
          </w:p>
        </w:tc>
        <w:tc>
          <w:tcPr>
            <w:tcW w:type="dxa" w:w="2076"/>
          </w:tcPr>
          <w:p>
            <w:r>
              <w:t>[PLACE]</w:t>
            </w:r>
          </w:p>
        </w:tc>
        <w:tc>
          <w:tcPr>
            <w:tcW w:type="dxa" w:w="2076"/>
          </w:tcPr>
          <w:p>
            <w:r>
              <w:t>[NATIONALITY]</w:t>
            </w:r>
          </w:p>
        </w:tc>
      </w:tr>
    </w:tbl>
    <w:p/>
    <w:p>
      <w:r>
        <w:rPr>
          <w:b/>
        </w:rPr>
        <w:t>Residence in Rwanda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6"/>
        <w:gridCol w:w="2076"/>
        <w:gridCol w:w="2076"/>
        <w:gridCol w:w="2076"/>
      </w:tblGrid>
      <w:tr>
        <w:tc>
          <w:tcPr>
            <w:tcW w:type="dxa" w:w="2076"/>
          </w:tcPr>
          <w:p>
            <w:r>
              <w:rPr>
                <w:b/>
              </w:rPr>
              <w:t>From</w:t>
            </w:r>
          </w:p>
        </w:tc>
        <w:tc>
          <w:tcPr>
            <w:tcW w:type="dxa" w:w="2076"/>
          </w:tcPr>
          <w:p>
            <w:r>
              <w:rPr>
                <w:b/>
              </w:rPr>
              <w:t>To</w:t>
            </w:r>
          </w:p>
        </w:tc>
        <w:tc>
          <w:tcPr>
            <w:tcW w:type="dxa" w:w="2076"/>
          </w:tcPr>
          <w:p>
            <w:r>
              <w:rPr>
                <w:b/>
              </w:rPr>
              <w:t>Address (Village, Cell, Sector, District)</w:t>
            </w:r>
          </w:p>
        </w:tc>
        <w:tc>
          <w:tcPr>
            <w:tcW w:type="dxa" w:w="2076"/>
          </w:tcPr>
          <w:p>
            <w:r>
              <w:rPr>
                <w:b/>
              </w:rPr>
              <w:t>Permit and number</w:t>
            </w:r>
          </w:p>
        </w:tc>
      </w:tr>
      <w:tr>
        <w:tc>
          <w:tcPr>
            <w:tcW w:type="dxa" w:w="2076"/>
          </w:tcPr>
          <w:p>
            <w:r>
              <w:t>[MM/YYYY]</w:t>
            </w:r>
          </w:p>
        </w:tc>
        <w:tc>
          <w:tcPr>
            <w:tcW w:type="dxa" w:w="2076"/>
          </w:tcPr>
          <w:p>
            <w:r>
              <w:t>[MM/YYYY]</w:t>
            </w:r>
          </w:p>
        </w:tc>
        <w:tc>
          <w:tcPr>
            <w:tcW w:type="dxa" w:w="2076"/>
          </w:tcPr>
          <w:p>
            <w:r>
              <w:t>[ADDRESS]</w:t>
            </w:r>
          </w:p>
        </w:tc>
        <w:tc>
          <w:tcPr>
            <w:tcW w:type="dxa" w:w="2076"/>
          </w:tcPr>
          <w:p>
            <w:r>
              <w:t>[PERMIT]</w:t>
            </w:r>
          </w:p>
        </w:tc>
      </w:tr>
    </w:tbl>
    <w:p/>
    <w:p>
      <w:r>
        <w:rPr>
          <w:b/>
        </w:rPr>
        <w:t>Education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6"/>
        <w:gridCol w:w="2076"/>
        <w:gridCol w:w="2076"/>
        <w:gridCol w:w="2076"/>
      </w:tblGrid>
      <w:tr>
        <w:tc>
          <w:tcPr>
            <w:tcW w:type="dxa" w:w="2076"/>
          </w:tcPr>
          <w:p>
            <w:r>
              <w:rPr>
                <w:b/>
              </w:rPr>
              <w:t>Years</w:t>
            </w:r>
          </w:p>
        </w:tc>
        <w:tc>
          <w:tcPr>
            <w:tcW w:type="dxa" w:w="2076"/>
          </w:tcPr>
          <w:p>
            <w:r>
              <w:rPr>
                <w:b/>
              </w:rPr>
              <w:t>Institution</w:t>
            </w:r>
          </w:p>
        </w:tc>
        <w:tc>
          <w:tcPr>
            <w:tcW w:type="dxa" w:w="2076"/>
          </w:tcPr>
          <w:p>
            <w:r>
              <w:rPr>
                <w:b/>
              </w:rPr>
              <w:t>Country</w:t>
            </w:r>
          </w:p>
        </w:tc>
        <w:tc>
          <w:tcPr>
            <w:tcW w:type="dxa" w:w="2076"/>
          </w:tcPr>
          <w:p>
            <w:r>
              <w:rPr>
                <w:b/>
              </w:rPr>
              <w:t>Qualification</w:t>
            </w:r>
          </w:p>
        </w:tc>
      </w:tr>
      <w:tr>
        <w:tc>
          <w:tcPr>
            <w:tcW w:type="dxa" w:w="2076"/>
          </w:tcPr>
          <w:p>
            <w:r>
              <w:t>[YEARS]</w:t>
            </w:r>
          </w:p>
        </w:tc>
        <w:tc>
          <w:tcPr>
            <w:tcW w:type="dxa" w:w="2076"/>
          </w:tcPr>
          <w:p>
            <w:r>
              <w:t>[INSTITUTION]</w:t>
            </w:r>
          </w:p>
        </w:tc>
        <w:tc>
          <w:tcPr>
            <w:tcW w:type="dxa" w:w="2076"/>
          </w:tcPr>
          <w:p>
            <w:r>
              <w:t>[COUNTRY]</w:t>
            </w:r>
          </w:p>
        </w:tc>
        <w:tc>
          <w:tcPr>
            <w:tcW w:type="dxa" w:w="2076"/>
          </w:tcPr>
          <w:p>
            <w:r>
              <w:t>[QUALIFICATION]</w:t>
            </w:r>
          </w:p>
        </w:tc>
      </w:tr>
    </w:tbl>
    <w:p/>
    <w:p>
      <w:r>
        <w:rPr>
          <w:b/>
        </w:rPr>
        <w:t>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1"/>
        <w:gridCol w:w="1661"/>
        <w:gridCol w:w="1661"/>
        <w:gridCol w:w="1661"/>
        <w:gridCol w:w="1661"/>
      </w:tblGrid>
      <w:tr>
        <w:tc>
          <w:tcPr>
            <w:tcW w:type="dxa" w:w="1661"/>
          </w:tcPr>
          <w:p>
            <w:r>
              <w:rPr>
                <w:b/>
              </w:rPr>
              <w:t>From</w:t>
            </w:r>
          </w:p>
        </w:tc>
        <w:tc>
          <w:tcPr>
            <w:tcW w:type="dxa" w:w="1661"/>
          </w:tcPr>
          <w:p>
            <w:r>
              <w:rPr>
                <w:b/>
              </w:rPr>
              <w:t>To</w:t>
            </w:r>
          </w:p>
        </w:tc>
        <w:tc>
          <w:tcPr>
            <w:tcW w:type="dxa" w:w="1661"/>
          </w:tcPr>
          <w:p>
            <w:r>
              <w:rPr>
                <w:b/>
              </w:rPr>
              <w:t>Employer or own activity</w:t>
            </w:r>
          </w:p>
        </w:tc>
        <w:tc>
          <w:tcPr>
            <w:tcW w:type="dxa" w:w="1661"/>
          </w:tcPr>
          <w:p>
            <w:r>
              <w:rPr>
                <w:b/>
              </w:rPr>
              <w:t>Position</w:t>
            </w:r>
          </w:p>
        </w:tc>
        <w:tc>
          <w:tcPr>
            <w:tcW w:type="dxa" w:w="1661"/>
          </w:tcPr>
          <w:p>
            <w:r>
              <w:rPr>
                <w:b/>
              </w:rPr>
              <w:t>Place</w:t>
            </w:r>
          </w:p>
        </w:tc>
      </w:tr>
      <w:tr>
        <w:tc>
          <w:tcPr>
            <w:tcW w:type="dxa" w:w="1661"/>
          </w:tcPr>
          <w:p>
            <w:r>
              <w:t>[MM/YYYY]</w:t>
            </w:r>
          </w:p>
        </w:tc>
        <w:tc>
          <w:tcPr>
            <w:tcW w:type="dxa" w:w="1661"/>
          </w:tcPr>
          <w:p>
            <w:r>
              <w:t>[MM/YYYY]</w:t>
            </w:r>
          </w:p>
        </w:tc>
        <w:tc>
          <w:tcPr>
            <w:tcW w:type="dxa" w:w="1661"/>
          </w:tcPr>
          <w:p>
            <w:r>
              <w:t>[EMPLOYER]</w:t>
            </w:r>
          </w:p>
        </w:tc>
        <w:tc>
          <w:tcPr>
            <w:tcW w:type="dxa" w:w="1661"/>
          </w:tcPr>
          <w:p>
            <w:r>
              <w:t>[POSITION]</w:t>
            </w:r>
          </w:p>
        </w:tc>
        <w:tc>
          <w:tcPr>
            <w:tcW w:type="dxa" w:w="1661"/>
          </w:tcPr>
          <w:p>
            <w:r>
              <w:t>[PLACE]</w:t>
            </w:r>
          </w:p>
        </w:tc>
      </w:tr>
    </w:tbl>
    <w:p/>
    <w:p>
      <w:pPr>
        <w:pStyle w:val="ListBullet"/>
      </w:pPr>
      <w:r>
        <w:t>Means of support: [SALARY / BUSINESS / OTHER]</w:t>
      </w:r>
    </w:p>
    <w:p>
      <w:pPr>
        <w:pStyle w:val="ListBullet"/>
      </w:pPr>
      <w:r>
        <w:t>Property in Rwanda: [DESCRIPTION]</w:t>
      </w:r>
    </w:p>
    <w:p>
      <w:r>
        <w:rPr>
          <w:b/>
        </w:rPr>
        <w:t>Life in Rwanda</w:t>
      </w:r>
    </w:p>
    <w:p>
      <w:pPr>
        <w:pStyle w:val="ListBullet"/>
      </w:pPr>
      <w:r>
        <w:t>Community activities: [ACTIVITIES]</w:t>
      </w:r>
    </w:p>
    <w:p>
      <w:pPr>
        <w:pStyle w:val="ListBullet"/>
      </w:pPr>
      <w:r>
        <w:t>Languages: [LANGUAGES]</w:t>
      </w:r>
    </w:p>
    <w:p>
      <w:pPr>
        <w:pStyle w:val="ListBullet"/>
      </w:pPr>
      <w:r>
        <w:t>What I know of Rwandan culture and civic values: [SHORT STATEMENT]</w:t>
      </w:r>
    </w:p>
    <w:p>
      <w:r>
        <w:rPr>
          <w:b/>
        </w:rPr>
        <w:t>Declaration</w:t>
      </w:r>
    </w:p>
    <w:p>
      <w:r>
        <w:t>I declare that the information in this CV is true and complete.</w:t>
      </w:r>
    </w:p>
    <w:p>
      <w:r>
        <w:t>[PLACE], [DATE]</w:t>
      </w:r>
    </w:p>
    <w:p>
      <w:r>
        <w:t>Signature: ____________________</w:t>
      </w:r>
      <w:r>
        <w:br/>
      </w:r>
      <w:r>
        <w:t>[FULL NAME]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Rwandan nationality by residence: dossier checklist and detailed CV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