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Reklamation till kreditgivaren om bristande kreditprövning</w:t>
      </w:r>
    </w:p>
    <w:p>
      <w:r>
        <w:t>[ORT], [DATUM]</w:t>
      </w:r>
    </w:p>
    <w:p>
      <w:r>
        <w:t>Till:</w:t>
      </w:r>
      <w:r>
        <w:br/>
      </w:r>
      <w:r>
        <w:t>[KREDITGIVARENS NAMN]</w:t>
      </w:r>
      <w:r>
        <w:br/>
      </w:r>
      <w:r>
        <w:t>Org.nr: [ORGANISATIONSNUMMER]</w:t>
      </w:r>
      <w:r>
        <w:br/>
      </w:r>
      <w:r>
        <w:t>[ADRESS ELLER E-POST FÖR KLAGOMÅL]</w:t>
      </w:r>
    </w:p>
    <w:p>
      <w:r>
        <w:t>Från:</w:t>
      </w:r>
      <w:r>
        <w:br/>
      </w:r>
      <w:r>
        <w:t>[FÖRNAMN OCH EFTERNAMN]</w:t>
      </w:r>
      <w:r>
        <w:br/>
      </w:r>
      <w:r>
        <w:t>Personnummer: [PERSONNUMMER]</w:t>
      </w:r>
      <w:r>
        <w:br/>
      </w:r>
      <w:r>
        <w:t>Adress: [ADRESS]</w:t>
      </w:r>
      <w:r>
        <w:br/>
      </w:r>
      <w:r>
        <w:t>Telefon / e-post: [TELEFON / E-POST]</w:t>
      </w:r>
    </w:p>
    <w:p>
      <w:r>
        <w:rPr>
          <w:b/>
        </w:rPr>
        <w:t>Ärende: Reklamation, bristande kreditprövning — avtal/kundnummer [NUMMER]</w:t>
      </w:r>
    </w:p>
    <w:p>
      <w:r>
        <w:t>Den [DATUM DÅ AVTALET INGICKS] beviljade ni mig en kredit på [BELOPP] kr, i form av [LÅN / KONTOKREDIT / DELBETALNING / FAKTURA MED KREDIT] i samband med [KÖP ELLER ÄNDAMÅL].</w:t>
      </w:r>
    </w:p>
    <w:p>
      <w:r>
        <w:t>Kreditgivaren ska pröva om konsumenten har ekonomiska förutsättningar att fullgöra krediten, och krediten får beviljas endast om konsumenten har det. Kryssa för det som gäller:</w:t>
      </w:r>
    </w:p>
    <w:p>
      <w:r>
        <w:t>( ) Avtalet ingicks den 20 november 2026 eller senare: konsumentkreditlagen (2026:1011) 3 kap. 13 och 14 §§. Prövningen ska vara grundlig, göras i konsumentens intresse och grundas på uppgifter om inkomster, utgifter och skulder, som ska kontrolleras på ett lämpligt sätt.</w:t>
      </w:r>
      <w:r>
        <w:br/>
      </w:r>
      <w:r>
        <w:t>( ) Avtalet ingicks före den 20 november 2026: konsumentkreditlagen (2010:1846) 12 §. Prövningen ska grundas på tillräckliga uppgifter om konsumentens ekonomiska förhållanden.</w:t>
      </w:r>
    </w:p>
    <w:p>
      <w:r>
        <w:t>Jag anser att kreditprövningen var bristfällig, eftersom:</w:t>
      </w:r>
    </w:p>
    <w:p>
      <w:pPr>
        <w:pStyle w:val="ListNumber"/>
      </w:pPr>
      <w:r>
        <w:t>[T.EX. INGA UPPGIFTER OM MIN INKOMST ELLER MINA UTGIFTER BEGÄRDES]</w:t>
      </w:r>
    </w:p>
    <w:p>
      <w:pPr>
        <w:pStyle w:val="ListNumber"/>
      </w:pPr>
      <w:r>
        <w:t>[T.EX. JAG HADE REDAN SKULDER PÅ [BELOPP] KR / BETALNINGSANMÄRKNING]</w:t>
      </w:r>
    </w:p>
    <w:p>
      <w:pPr>
        <w:pStyle w:val="ListNumber"/>
      </w:pPr>
      <w:r>
        <w:t>[T.EX. KREDITEN BEVILJADES PÅ NÅGRA SEKUNDER I EN APP]</w:t>
      </w:r>
    </w:p>
    <w:p>
      <w:r>
        <w:t>Min ekonomi vid tiden för avtalet: inkomst [BELOPP] kr/mån, boende och fasta utgifter [BELOPP] kr/mån, andra skulder [BELOPP] kr.</w:t>
      </w:r>
    </w:p>
    <w:p>
      <w:r>
        <w:t>Jag begär att ni:</w:t>
      </w:r>
    </w:p>
    <w:p>
      <w:pPr>
        <w:pStyle w:val="ListNumber"/>
      </w:pPr>
      <w:r>
        <w:t>redovisar vilka uppgifter om min ekonomi ni grundade kreditprövningen på och hur ni kontrollerade dem;</w:t>
      </w:r>
    </w:p>
    <w:p>
      <w:pPr>
        <w:pStyle w:val="ListNumber"/>
      </w:pPr>
      <w:r>
        <w:t>om prövningen gjordes automatiskt: granskar den med mänsklig medverkan och förklarar den (3 kap. 15 § konsumentkreditlagen 2026:1011, för avtal från 20 november 2026);</w:t>
      </w:r>
    </w:p>
    <w:p>
      <w:pPr>
        <w:pStyle w:val="ListNumber"/>
      </w:pPr>
      <w:r>
        <w:t>[MITT KRAV, T.EX. STRYKER RÄNTOR OCH AVGIFTER / GER EN AVBETALNINGSPLAN UTAN NYA KOSTNADER / PAUSAR INKASSO MEDAN REKLAMATIONEN UTREDS].</w:t>
      </w:r>
    </w:p>
    <w:p>
      <w:r>
        <w:t>( ) Ångerfristen på 14 dagar har inte gått ut. Jag utnyttjar min ångerrätt och frånträder kreditavtalet. Jag betalar tillbaka beloppet med ränta inom 30 dagar.</w:t>
      </w:r>
    </w:p>
    <w:p>
      <w:r>
        <w:t>Jag vill ha ett skriftligt svar senast den [DATUM].</w:t>
      </w:r>
    </w:p>
    <w:p>
      <w:r>
        <w:t>Med vänlig hälsning</w:t>
      </w:r>
    </w:p>
    <w:p>
      <w:r>
        <w:t>[FÖRNAMN OCH EFTERNAMN]</w:t>
      </w:r>
      <w:r>
        <w:br/>
      </w:r>
      <w:r>
        <w:t>Underskrift: ____________________</w:t>
      </w:r>
    </w:p>
    <w:p>
      <w:r>
        <w:t>Bilagor: avtal eller orderbekräftelse, [KONTOUTDRAG / LÖNEBESKED / ANDRA UNDERLAG]</w:t>
      </w:r>
    </w:p>
    <w:p>
      <w:pPr>
        <w:pStyle w:val="Heading2"/>
        <w:pageBreakBefore/>
      </w:pPr>
      <w:r>
        <w:t>För mig själv</w:t>
      </w:r>
    </w:p>
    <w:p>
      <w:pPr>
        <w:pStyle w:val="ListBullet"/>
      </w:pPr>
      <w:r>
        <w:t>[ ] Datum då avtalet ingicks: [DATUM] (avgör vilken lag som gäller)</w:t>
      </w:r>
    </w:p>
    <w:p>
      <w:pPr>
        <w:pStyle w:val="ListBullet"/>
      </w:pPr>
      <w:r>
        <w:t>[ ] Skickat den [DATUM], kopia sparad</w:t>
      </w:r>
    </w:p>
    <w:p>
      <w:pPr>
        <w:pStyle w:val="ListBullet"/>
      </w:pPr>
      <w:r>
        <w:t>[ ] Ångerrätt: 14 dagar från avtalsdagen, eller från dagen avtalsvillkoren kom till mig om det var senare; meddelande skickat [DATUM, ELLER EJ AKTUELLT]</w:t>
      </w:r>
    </w:p>
    <w:p>
      <w:pPr>
        <w:pStyle w:val="ListBullet"/>
      </w:pPr>
      <w:r>
        <w:t>[ ] Svar från kreditgivaren mottaget: [DATUM]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Reklamation till kreditgivaren om bristande kreditprövning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