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Reklamation av hantverkstjänst</w:t>
      </w:r>
    </w:p>
    <w:p>
      <w:r>
        <w:t>[FÖRNAMN EFTERNAMN]</w:t>
      </w:r>
      <w:r>
        <w:br/>
      </w:r>
      <w:r>
        <w:t>[GATUADRESS]</w:t>
      </w:r>
      <w:r>
        <w:br/>
      </w:r>
      <w:r>
        <w:t>[POSTNUMMER ORT]</w:t>
      </w:r>
      <w:r>
        <w:br/>
      </w:r>
      <w:r>
        <w:t>Telefon: [TELEFON], e-post: [E-POST]</w:t>
      </w:r>
    </w:p>
    <w:p>
      <w:r>
        <w:t>Till</w:t>
      </w:r>
      <w:r>
        <w:br/>
      </w:r>
      <w:r>
        <w:t>[FÖRETAGETS NAMN]</w:t>
      </w:r>
      <w:r>
        <w:br/>
      </w:r>
      <w:r>
        <w:t>Org.nr: [ORGANISATIONSNUMMER]</w:t>
      </w:r>
      <w:r>
        <w:br/>
      </w:r>
      <w:r>
        <w:t>[ADRESS]</w:t>
      </w:r>
    </w:p>
    <w:p>
      <w:r>
        <w:t>[ORT], [DATUM]</w:t>
      </w:r>
    </w:p>
    <w:p>
      <w:r>
        <w:rPr>
          <w:b/>
        </w:rPr>
        <w:t>Ärende: Reklamation enligt konsumenttjänstlagen — [ARBETE, t.ex. badrumsrenovering], order/faktura nr [NUMMER]</w:t>
      </w:r>
    </w:p>
    <w:p>
      <w:r>
        <w:t>Hej,</w:t>
      </w:r>
    </w:p>
    <w:p>
      <w:r>
        <w:t>Ni utförde [BESKRIV ARBETET] på [ADRESS / FÖREMÅL]. Arbetet avslutades den [DATUM DÅ ARBETET AVSLUTADES].</w:t>
      </w:r>
    </w:p>
    <w:p>
      <w:r>
        <w:t>Den [DATUM DÅ JAG MÄRKTE FELET] märkte jag följande fel:</w:t>
      </w:r>
    </w:p>
    <w:p>
      <w:r>
        <w:t>[BESKRIV FELET: vad, var, hur det visar sig. Bifoga foton.]</w:t>
      </w:r>
    </w:p>
    <w:p>
      <w:r>
        <w:t>Enligt min bedömning är arbetet inte utfört fackmässigt (4 § konsumenttjänstlagen) och tjänsten är därför felaktig (9 §). Jag reklamerar härmed felet enligt 17 §.</w:t>
      </w:r>
    </w:p>
    <w:p>
      <w:r>
        <w:t>Jag kräver att ni avhjälper felet utan kostnad för mig (20 §). Kontakta mig senast den [DATUM] för att boka tid. Om felet inte avhjälps inom skälig tid kommer jag att kräva prisavdrag eller häva avtalet (21 §) och ersättning för skada (31 §), till exempel [KOSTNAD FÖR FÖLJDSKADA].</w:t>
      </w:r>
    </w:p>
    <w:p>
      <w:r>
        <w:t>Tills felet är avhjälpt håller jag inne [BELOPP] kr av betalningen som säkerhet för mitt krav (19 §).</w:t>
      </w:r>
    </w:p>
    <w:p>
      <w:r>
        <w:t>Med vänlig hälsning</w:t>
      </w:r>
    </w:p>
    <w:p>
      <w:r>
        <w:t>[FÖRNAMN EFTERNAMN]</w:t>
      </w:r>
      <w:r>
        <w:br/>
      </w:r>
      <w:r>
        <w:t>Underskrift: ____________________</w:t>
      </w:r>
    </w:p>
    <w:p>
      <w:r>
        <w:t>Bilagor: [FOTON], [AVTAL / OFFERT], [FAKTURA]</w:t>
      </w:r>
    </w:p>
    <w:p>
      <w:pPr>
        <w:pStyle w:val="Heading2"/>
        <w:pageBreakBefore/>
      </w:pPr>
      <w:r>
        <w:t>För mig</w:t>
      </w:r>
    </w:p>
    <w:p>
      <w:pPr>
        <w:pStyle w:val="ListBullet"/>
      </w:pPr>
      <w:r>
        <w:t>[ ] Felet märktes den [DATUM]; reklamation skickad senast två månader därefter: [DATUM]</w:t>
      </w:r>
    </w:p>
    <w:p>
      <w:pPr>
        <w:pStyle w:val="ListBullet"/>
      </w:pPr>
      <w:r>
        <w:t>[ ] Arbetet avslutades den [DATUM]; yttersta gräns 3 år (lösa saker) eller 10 år (fast egendom)</w:t>
      </w:r>
    </w:p>
    <w:p>
      <w:pPr>
        <w:pStyle w:val="ListBullet"/>
      </w:pPr>
      <w:r>
        <w:t>[ ] Skickad med [REKOMMENDERAT BREV / E-POST] den [DATUM], kopia sparad</w:t>
      </w:r>
    </w:p>
    <w:p>
      <w:pPr>
        <w:pStyle w:val="ListBullet"/>
      </w:pPr>
      <w:r>
        <w:t>[ ] Svar från hantverkaren: [DATUM, INNEHÅLL]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Reklamation av hantverkstjänst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