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Estimate approval</w:t>
      </w:r>
    </w:p>
    <w:p>
      <w:r>
        <w:rPr>
          <w:b/>
        </w:rPr>
        <w:t>[YOUR COMPANY NAME]</w:t>
      </w:r>
      <w:r>
        <w:br/>
      </w:r>
      <w:r>
        <w:t>[ADDRESS] · [PHONE] · [EMAIL]</w:t>
      </w:r>
    </w:p>
    <w:p>
      <w:r>
        <w:rPr>
          <w:b/>
        </w:rPr>
        <w:t>Customer:</w:t>
      </w:r>
      <w:r>
        <w:t xml:space="preserve"> [CUSTOMER NAME] · [CUSTOMER ADDRESS]</w:t>
      </w:r>
      <w:r>
        <w:br/>
      </w:r>
      <w:r>
        <w:rPr>
          <w:b/>
        </w:rPr>
        <w:t>Job:</w:t>
      </w:r>
      <w:r>
        <w:t xml:space="preserve"> [JOB NAME OR SITE ADDRESS]</w:t>
      </w:r>
      <w:r>
        <w:br/>
      </w:r>
      <w:r>
        <w:rPr>
          <w:b/>
        </w:rPr>
        <w:t>Estimate no.:</w:t>
      </w:r>
      <w:r>
        <w:t xml:space="preserve"> [ESTIMATE NUMBER FROM QUICKBOOKS] · </w:t>
      </w:r>
      <w:r>
        <w:rPr>
          <w:b/>
        </w:rPr>
        <w:t>Date:</w:t>
      </w:r>
      <w:r>
        <w:t xml:space="preserve"> [ESTIMATE DATE]</w:t>
      </w:r>
    </w:p>
    <w:p>
      <w:pPr>
        <w:pStyle w:val="Heading2"/>
      </w:pPr>
      <w:r>
        <w:t>What you approve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320"/>
          </w:tcPr>
          <w:p>
            <w:r>
              <w:t>Estimate total (attached)</w:t>
            </w:r>
          </w:p>
        </w:tc>
        <w:tc>
          <w:tcPr>
            <w:tcW w:type="dxa" w:w="4320"/>
          </w:tcPr>
          <w:p>
            <w:r>
              <w:t>[TOTAL]</w:t>
            </w:r>
          </w:p>
        </w:tc>
      </w:tr>
      <w:tr>
        <w:tc>
          <w:tcPr>
            <w:tcW w:type="dxa" w:w="4320"/>
          </w:tcPr>
          <w:p>
            <w:r>
              <w:t>Deposit due on approval</w:t>
            </w:r>
          </w:p>
        </w:tc>
        <w:tc>
          <w:tcPr>
            <w:tcW w:type="dxa" w:w="4320"/>
          </w:tcPr>
          <w:p>
            <w:r>
              <w:t>[AMOUNT OR NONE]</w:t>
            </w:r>
          </w:p>
        </w:tc>
      </w:tr>
      <w:tr>
        <w:tc>
          <w:tcPr>
            <w:tcW w:type="dxa" w:w="4320"/>
          </w:tcPr>
          <w:p>
            <w:r>
              <w:t>Billing</w:t>
            </w:r>
          </w:p>
        </w:tc>
        <w:tc>
          <w:tcPr>
            <w:tcW w:type="dxa" w:w="4320"/>
          </w:tcPr>
          <w:p>
            <w:r>
              <w:t>[ONE INVOICE AT THE END / PROGRESS INVOICES: …% ON START, …% ON …]</w:t>
            </w:r>
          </w:p>
        </w:tc>
      </w:tr>
      <w:tr>
        <w:tc>
          <w:tcPr>
            <w:tcW w:type="dxa" w:w="4320"/>
          </w:tcPr>
          <w:p>
            <w:r>
              <w:t>Estimate valid until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r>
        <w:t>Work not on the attached estimate is a change and needs a separate written approval before it is done.</w:t>
      </w:r>
    </w:p>
    <w:p>
      <w:pPr>
        <w:pStyle w:val="Heading2"/>
      </w:pPr>
      <w:r>
        <w:t>Approval</w:t>
      </w:r>
    </w:p>
    <w:p>
      <w:pPr>
        <w:pStyle w:val="ListBullet"/>
      </w:pPr>
      <w:r>
        <w:t>[ ] I approve estimate no. [ESTIMATE NUMBER] for [TOTAL], with the billing above.</w:t>
      </w:r>
    </w:p>
    <w:p>
      <w:pPr>
        <w:pStyle w:val="ListBullet"/>
      </w:pPr>
      <w:r>
        <w:t>[ ] I approve it with these changes: [CHANGES]</w:t>
      </w:r>
    </w:p>
    <w:p>
      <w:pPr>
        <w:pStyle w:val="ListBullet"/>
      </w:pPr>
      <w:r>
        <w:t>[ ] I do not approve it.</w:t>
      </w:r>
    </w:p>
    <w:p>
      <w:r>
        <w:t>Customer name: [NAME]</w:t>
      </w:r>
      <w:r>
        <w:br/>
      </w:r>
      <w:r>
        <w:t>Signature: ____________________ · Date: [DATE]</w:t>
      </w:r>
    </w:p>
    <w:p>
      <w:r>
        <w:t>Company name: [NAME]</w:t>
      </w:r>
      <w:r>
        <w:br/>
      </w:r>
      <w:r>
        <w:t>Signature: ____________________ · Date: [DATE]</w:t>
      </w:r>
    </w:p>
    <w:p>
      <w:pPr>
        <w:pStyle w:val="Heading2"/>
        <w:pageBreakBefore/>
      </w:pPr>
      <w:r>
        <w:t>For the office: in QuickBooks Desktop</w:t>
      </w:r>
    </w:p>
    <w:p>
      <w:pPr>
        <w:pStyle w:val="ListBullet"/>
      </w:pPr>
      <w:r>
        <w:t>[ ] Estimates and progress invoicing are on (Edit &gt; Preferences &gt; Jobs &amp; Estimates)</w:t>
      </w:r>
    </w:p>
    <w:p>
      <w:pPr>
        <w:pStyle w:val="ListBullet"/>
      </w:pPr>
      <w:r>
        <w:t>[ ] Signed approval saved with the customer’s estimate</w:t>
      </w:r>
    </w:p>
    <w:p>
      <w:pPr>
        <w:pStyle w:val="ListBullet"/>
      </w:pPr>
      <w:r>
        <w:t>[ ] Invoice created from the estimate (Create Invoice) — [DATE]</w:t>
      </w:r>
    </w:p>
    <w:p>
      <w:pPr>
        <w:pStyle w:val="ListBullet"/>
      </w:pPr>
      <w:r>
        <w:t>[ ] Report checked: Job Progress Invoices vs. Estimates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approval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