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Personligt brev</w:t>
      </w:r>
    </w:p>
    <w:p>
      <w:r>
        <w:t>[FÖRNAMN EFTERNAMN]</w:t>
      </w:r>
      <w:r>
        <w:br/>
      </w:r>
      <w:r>
        <w:t>[TELEFON] · [E-POST]</w:t>
      </w:r>
      <w:r>
        <w:br/>
      </w:r>
      <w:r>
        <w:t>[ORT]</w:t>
      </w:r>
    </w:p>
    <w:p>
      <w:r>
        <w:t>[ARBETSGIVARE]</w:t>
      </w:r>
      <w:r>
        <w:br/>
      </w:r>
      <w:r>
        <w:t>Att: [NAMN PÅ KONTAKTPERSON ELLER REKRYTERARE]</w:t>
      </w:r>
    </w:p>
    <w:p>
      <w:r>
        <w:t>[ORT], [DATUM]</w:t>
      </w:r>
    </w:p>
    <w:p>
      <w:r>
        <w:rPr>
          <w:b/>
        </w:rPr>
        <w:t>Ansökan: [TJÄNST], ref. [ANNONSENS REFERENSNUMMER], annons på [VAR DU SÅG ANNONSEN]</w:t>
      </w:r>
    </w:p>
    <w:p>
      <w:r>
        <w:t>Hej [NAMN PÅ KONTAKTPERSON],</w:t>
      </w:r>
    </w:p>
    <w:p>
      <w:r>
        <w:t>Jag söker tjänsten som [TJÄNST] hos er. Det som lockar mig är [VAD I JOBBET ELLER HOS ARBETSGIVAREN SOM DU VILL ARBETA MED — EN ELLER TVÅ SAKER DU HAR LÄST OM DEM].</w:t>
      </w:r>
    </w:p>
    <w:p>
      <w:r>
        <w:t>I dag arbetar jag som [NUVARANDE ROLL] inom [BRANSCH ELLER TYP AV ARBETSPLATS]. Där har jag [VAD DU HAR GJORT SOM PASSAR ANNONSEN, GÄRNA MED ETT RESULTAT]. Ni efterfrågar [ETT KRAV I ANNONSEN], och det har jag erfarenhet av genom [HUR DU UPPFYLLER KRAVET].</w:t>
      </w:r>
    </w:p>
    <w:p>
      <w:r>
        <w:t>Som person är jag [TVÅ EGENSKAPER SOM ANNONSEN NÄMNER, T.EX. NOGGRANN OCH SAMARBETSVILLIG]. Ett exempel: [EN KORT SITUATION SOM VISAR DET]. Därför tror jag att jag skulle passa bra hos er och i ert arbete med [NÅGOT ARBETSGIVAREN GÖR].</w:t>
      </w:r>
    </w:p>
    <w:p>
      <w:r>
        <w:t>Jag berättar gärna mer på en intervju. Jag kan börja [NÄR DU KAN BÖRJA] och nås på [TELEFON] eller [E-POST].</w:t>
      </w:r>
    </w:p>
    <w:p>
      <w:r>
        <w:t>Med vänliga hälsningar</w:t>
      </w:r>
    </w:p>
    <w:p>
      <w:r>
        <w:t>[FÖRNAMN EFTERNAMN]</w:t>
      </w:r>
    </w:p>
    <w:p>
      <w:r>
        <w:t>Bilaga: CV</w:t>
      </w:r>
    </w:p>
    <w:p>
      <w:pPr>
        <w:pStyle w:val="Heading2"/>
        <w:pageBreakBefore/>
      </w:pPr>
      <w:r>
        <w:t>För mig: innan jag skickar</w:t>
      </w:r>
    </w:p>
    <w:p>
      <w:pPr>
        <w:pStyle w:val="ListBullet"/>
      </w:pPr>
      <w:r>
        <w:t>[ ] Brevet ryms på en sida (Europass)</w:t>
      </w:r>
    </w:p>
    <w:p>
      <w:pPr>
        <w:pStyle w:val="ListBullet"/>
      </w:pPr>
      <w:r>
        <w:t>[ ] Tre delar: varför jag söker, varför jag är rätt person, varför arbetsgivaren passar mig (Europass)</w:t>
      </w:r>
    </w:p>
    <w:p>
      <w:pPr>
        <w:pStyle w:val="ListBullet"/>
      </w:pPr>
      <w:r>
        <w:t>[ ] Korta stycken, ett ämne i varje (Europass)</w:t>
      </w:r>
    </w:p>
    <w:p>
      <w:pPr>
        <w:pStyle w:val="ListBullet"/>
      </w:pPr>
      <w:r>
        <w:t>[ ] Ord och egenskaper ur annonsen finns med, och en eller två saker om arbetsgivaren (Europass)</w:t>
      </w:r>
    </w:p>
    <w:p>
      <w:pPr>
        <w:pStyle w:val="ListBullet"/>
      </w:pPr>
      <w:r>
        <w:t>[ ] Formell och artig ton, stavningen kontrollerad (Europass)</w:t>
      </w:r>
    </w:p>
    <w:p>
      <w:pPr>
        <w:pStyle w:val="ListBullet"/>
      </w:pPr>
      <w:r>
        <w:t>[ ] Enkelt typsnitt i 11–12 punkter, radavstånd 1 eller 1,5 (Europass)</w:t>
      </w:r>
    </w:p>
    <w:p>
      <w:pPr>
        <w:pStyle w:val="ListBullet"/>
      </w:pPr>
      <w:r>
        <w:t>[ ] Tjänstens namn och referensnummer står i rubriken</w:t>
      </w:r>
    </w:p>
    <w:p>
      <w:pPr>
        <w:pStyle w:val="ListBullet"/>
      </w:pPr>
      <w:r>
        <w:t>[ ] Arbetsgivaren får inte diskriminera den som söker arbete på grund av kön, könsöverskridande identitet eller uttryck, etnisk tillhörighet, religion eller annan trosuppfattning, funktionsnedsättning, sexuell läggning eller ålder (diskrimineringslagen 2008:567, 1 kap. 1 § och 2 kap. 1 §)</w:t>
      </w:r>
    </w:p>
    <w:p>
      <w:pPr>
        <w:pStyle w:val="ListBullet"/>
      </w:pPr>
      <w:r>
        <w:t>[ ] Blir jag inte anställd eller inte kallad till intervju kan jag på begäran få skriftligt besked om den anställdas utbildning, yrkeserfarenhet och andra meriter (diskrimineringslagen, 2 kap. 4 §)</w:t>
      </w:r>
    </w:p>
    <w:sectPr w:rsidR="00FC693F" w:rsidRPr="0006063C" w:rsidSect="0003461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cs="Arial" w:eastAsia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cs="Arial" w:eastAsia="Arial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rial" w:hAnsi="Arial" w:cs="Arial" w:eastAsia="Arial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Personligt brev</dc:title>
  <dc:subject/>
  <dc:creator>Layers (layers.md)</dc:creator>
  <cp:keywords/>
  <dc:description>CC BY 4.0 · © Layers (layers.md)</dc:description>
  <cp:lastModifiedBy/>
  <cp:revision>1</cp:revision>
  <dcterms:created xsi:type="dcterms:W3CDTF">2026-10-29T00:00:00Z</dcterms:created>
  <dcterms:modified xsi:type="dcterms:W3CDTF">2026-10-29T00:00:00Z</dcterms:modified>
  <cp:category/>
</cp:coreProperties>
</file>