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Begäran om omprövning av beslut om pensionsrätt</w:t>
      </w:r>
    </w:p>
    <w:p>
      <w:r>
        <w:t>[ORT], [DATUM]</w:t>
      </w:r>
    </w:p>
    <w:p>
      <w:r>
        <w:t>Till:</w:t>
      </w:r>
      <w:r>
        <w:br/>
      </w:r>
      <w:r>
        <w:t>Pensionsmyndigheten</w:t>
      </w:r>
      <w:r>
        <w:br/>
      </w:r>
      <w:r>
        <w:t>[ADRESS ELLER E-POST FÖR OMPRÖVNING]</w:t>
      </w:r>
    </w:p>
    <w:p>
      <w:r>
        <w:t>Från:</w:t>
      </w:r>
      <w:r>
        <w:br/>
      </w:r>
      <w:r>
        <w:t>[FÖRNAMN OCH EFTERNAMN]</w:t>
      </w:r>
      <w:r>
        <w:br/>
      </w:r>
      <w:r>
        <w:t>Personnummer: [PERSONNUMMER]</w:t>
      </w:r>
      <w:r>
        <w:br/>
      </w:r>
      <w:r>
        <w:t>Adress: [ADRESS]</w:t>
      </w:r>
      <w:r>
        <w:br/>
      </w:r>
      <w:r>
        <w:t>Telefon / e-post: [TELEFON / E-POST]</w:t>
      </w:r>
    </w:p>
    <w:p>
      <w:r>
        <w:rPr>
          <w:b/>
        </w:rPr>
        <w:t>Ärende: Begäran om omprövning — beslut om pensionsrätt för intjänandeår [ÅR] (113 kap. 23 och 26 §§ socialförsäkringsbalken)</w:t>
      </w:r>
    </w:p>
    <w:p>
      <w:r>
        <w:t>Jag begär omprövning av Pensionsmyndighetens beslut om pensionsrätt för intjänandeår [ÅR, T.EX. 2024], fastställelseår [ÅR, T.EX. 2025]. Jag fick del av beslutet den [DATUM] genom [ÅRSBESKED / BREV / MINA SIDOR].</w:t>
      </w:r>
    </w:p>
    <w:p>
      <w:r>
        <w:t>Beslutet är enligt min mening fel eftersom:</w:t>
      </w:r>
    </w:p>
    <w:p>
      <w:pPr>
        <w:pStyle w:val="ListNumber"/>
      </w:pPr>
      <w:r>
        <w:t>[T.EX. INKOMST FRÅN [ARBETSGIVARE] PÅ [BELOPP] KR SAKNAS]</w:t>
      </w:r>
    </w:p>
    <w:p>
      <w:pPr>
        <w:pStyle w:val="ListNumber"/>
      </w:pPr>
      <w:r>
        <w:t>[T.EX. PENSIONSGRUNDANDE BELOPP FÖR [SLAG, T.EX. BARNÅR / STUDIER] HAR INTE RÄKNATS MED]</w:t>
      </w:r>
    </w:p>
    <w:p>
      <w:pPr>
        <w:pStyle w:val="ListNumber"/>
      </w:pPr>
      <w:r>
        <w:t>[ANNAT FEL]</w:t>
      </w:r>
    </w:p>
    <w:p>
      <w:r>
        <w:t>Pensionsrätten i beslutet: [BELOPP] kr. Jag anser att den ska vara [BELOPP] kr, eller fastställas på nytt med hänsyn till uppgifterna ovan.</w:t>
      </w:r>
    </w:p>
    <w:p>
      <w:r>
        <w:t>( ) Felet gäller min pensionsgrundande inkomst. Jag ber att den delen överlämnas till Skatteverket för omprövning (113 kap. 25 §).</w:t>
      </w:r>
      <w:r>
        <w:br/>
      </w:r>
      <w:r>
        <w:t>( ) Jag fick kännedom om beslutet först den [DATUM], alltså under de sista två månaderna av fristen. Begäran skickas inom två månader från den dagen (113 kap. 27 §).</w:t>
      </w:r>
    </w:p>
    <w:p>
      <w:r>
        <w:t>Underlag som bifogas:</w:t>
      </w:r>
    </w:p>
    <w:p>
      <w:pPr>
        <w:pStyle w:val="ListNumber"/>
      </w:pPr>
      <w:r>
        <w:t>[LÖNEBESKED / KONTROLLUPPGIFT FÖR [ÅR]]</w:t>
      </w:r>
    </w:p>
    <w:p>
      <w:pPr>
        <w:pStyle w:val="ListNumber"/>
      </w:pPr>
      <w:r>
        <w:t>[INTYG, T.EX. FRÅN ARBETSGIVARE ELLER LÄROSÄTE]</w:t>
      </w:r>
    </w:p>
    <w:p>
      <w:pPr>
        <w:pStyle w:val="ListNumber"/>
      </w:pPr>
      <w:r>
        <w:t>[KOPIA AV BESLUTET]</w:t>
      </w:r>
    </w:p>
    <w:p>
      <w:r>
        <w:t>Jag vill ha ett skriftligt omprövningsbeslut.</w:t>
      </w:r>
    </w:p>
    <w:p>
      <w:r>
        <w:t>Med vänlig hälsning</w:t>
      </w:r>
    </w:p>
    <w:p>
      <w:r>
        <w:t>[FÖRNAMN OCH EFTERNAMN]</w:t>
      </w:r>
      <w:r>
        <w:br/>
      </w:r>
      <w:r>
        <w:t>Underskrift: ____________________</w:t>
      </w:r>
    </w:p>
    <w:p>
      <w:pPr>
        <w:pStyle w:val="Heading2"/>
        <w:pageBreakBefore/>
      </w:pPr>
      <w:r>
        <w:t>För mig själv</w:t>
      </w:r>
    </w:p>
    <w:p>
      <w:pPr>
        <w:pStyle w:val="ListBullet"/>
      </w:pPr>
      <w:r>
        <w:t>[ ] Intjänandeår [ÅR] → fastställelseår [ÅR + 1] → sista dag 31 december [ÅR + 2]</w:t>
      </w:r>
    </w:p>
    <w:p>
      <w:pPr>
        <w:pStyle w:val="ListBullet"/>
      </w:pPr>
      <w:r>
        <w:t>[ ] Fick beslutet 1 november eller senare? Då två månader från [DATUM]</w:t>
      </w:r>
    </w:p>
    <w:p>
      <w:pPr>
        <w:pStyle w:val="ListBullet"/>
      </w:pPr>
      <w:r>
        <w:t>[ ] Skickat den [DATUM], kopia sparad</w:t>
      </w:r>
    </w:p>
    <w:sectPr w:rsidR="00FC693F" w:rsidRPr="0006063C" w:rsidSect="00034616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cs="Arial" w:eastAsia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="Arial" w:hAnsi="Arial" w:cs="Arial" w:eastAsia="Arial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="Arial" w:hAnsi="Arial" w:cs="Arial" w:eastAsia="Arial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="Arial" w:hAnsi="Arial" w:cs="Arial" w:eastAsia="Arial"/>
      <w:b/>
      <w:bCs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Begäran om omprövning av beslut om pensionsrätt</dc:title>
  <dc:subject/>
  <dc:creator>Layers (layers.md)</dc:creator>
  <cp:keywords/>
  <dc:description>CC BY 4.0 · © Layers (layers.md)</dc:description>
  <cp:lastModifiedBy/>
  <cp:revision>1</cp:revision>
  <dcterms:created xsi:type="dcterms:W3CDTF">2026-10-29T00:00:00Z</dcterms:created>
  <dcterms:modified xsi:type="dcterms:W3CDTF">2026-10-29T00:00:00Z</dcterms:modified>
  <cp:category/>
</cp:coreProperties>
</file>