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Begäran om omprövning av inkomstdeklaration 2021 (inkomstår 2020)</w:t>
      </w:r>
    </w:p>
    <w:p>
      <w:r>
        <w:t>För inkomståret 2020 räknar vi ut att begäran ska ha kommit in till Skatteverket senast den 31 december 2026. Det räcker inte att den är skickad.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4153"/>
        <w:gridCol w:w="4153"/>
      </w:tblGrid>
      <w:tr>
        <w:tc>
          <w:tcPr>
            <w:tcW w:type="dxa" w:w="4153"/>
          </w:tcPr>
          <w:p>
            <w:r>
              <w:rPr>
                <w:b/>
              </w:rPr>
              <w:t>Det Skatteverket behöver</w:t>
            </w:r>
          </w:p>
        </w:tc>
        <w:tc>
          <w:tcPr>
            <w:tcW w:type="dxa" w:w="4153"/>
          </w:tcPr>
          <w:p>
            <w:r>
              <w:rPr>
                <w:b/>
              </w:rPr>
              <w:t>Mitt</w:t>
            </w:r>
          </w:p>
        </w:tc>
      </w:tr>
      <w:tr>
        <w:tc>
          <w:tcPr>
            <w:tcW w:type="dxa" w:w="4153"/>
          </w:tcPr>
          <w:p>
            <w:r>
              <w:t>Namn</w:t>
            </w:r>
          </w:p>
        </w:tc>
        <w:tc>
          <w:tcPr>
            <w:tcW w:type="dxa" w:w="4153"/>
          </w:tcPr>
          <w:p>
            <w:r>
              <w:t>[FULLSTÄNDIGT NAMN]</w:t>
            </w:r>
          </w:p>
        </w:tc>
      </w:tr>
      <w:tr>
        <w:tc>
          <w:tcPr>
            <w:tcW w:type="dxa" w:w="4153"/>
          </w:tcPr>
          <w:p>
            <w:r>
              <w:t>Personnummer</w:t>
            </w:r>
          </w:p>
        </w:tc>
        <w:tc>
          <w:tcPr>
            <w:tcW w:type="dxa" w:w="4153"/>
          </w:tcPr>
          <w:p>
            <w:r>
              <w:t>[PERSONNUMMER]</w:t>
            </w:r>
          </w:p>
        </w:tc>
      </w:tr>
      <w:tr>
        <w:tc>
          <w:tcPr>
            <w:tcW w:type="dxa" w:w="4153"/>
          </w:tcPr>
          <w:p>
            <w:r>
              <w:t>Telefon och e-post</w:t>
            </w:r>
          </w:p>
        </w:tc>
        <w:tc>
          <w:tcPr>
            <w:tcW w:type="dxa" w:w="4153"/>
          </w:tcPr>
          <w:p>
            <w:r>
              <w:t>[KONTAKTUPPGIFTER]</w:t>
            </w:r>
          </w:p>
        </w:tc>
      </w:tr>
      <w:tr>
        <w:tc>
          <w:tcPr>
            <w:tcW w:type="dxa" w:w="4153"/>
          </w:tcPr>
          <w:p>
            <w:r>
              <w:t>Beslutet jag vill få omprövat</w:t>
            </w:r>
          </w:p>
        </w:tc>
        <w:tc>
          <w:tcPr>
            <w:tcW w:type="dxa" w:w="4153"/>
          </w:tcPr>
          <w:p>
            <w:r>
              <w:t>Slutligt skattebesked för inkomståret 2020</w:t>
            </w:r>
          </w:p>
        </w:tc>
      </w:tr>
      <w:tr>
        <w:tc>
          <w:tcPr>
            <w:tcW w:type="dxa" w:w="4153"/>
          </w:tcPr>
          <w:p>
            <w:r>
              <w:t>Vad jag vill ändra</w:t>
            </w:r>
          </w:p>
        </w:tc>
        <w:tc>
          <w:tcPr>
            <w:tcW w:type="dxa" w:w="4153"/>
          </w:tcPr>
          <w:p>
            <w:r>
              <w:t>[AVDRAG ELLER UPPGIFT]</w:t>
            </w:r>
          </w:p>
        </w:tc>
      </w:tr>
      <w:tr>
        <w:tc>
          <w:tcPr>
            <w:tcW w:type="dxa" w:w="4153"/>
          </w:tcPr>
          <w:p>
            <w:r>
              <w:t>Belopp</w:t>
            </w:r>
          </w:p>
        </w:tc>
        <w:tc>
          <w:tcPr>
            <w:tcW w:type="dxa" w:w="4153"/>
          </w:tcPr>
          <w:p>
            <w:r>
              <w:t>[BELOPP] kr</w:t>
            </w:r>
          </w:p>
        </w:tc>
      </w:tr>
      <w:tr>
        <w:tc>
          <w:tcPr>
            <w:tcW w:type="dxa" w:w="4153"/>
          </w:tcPr>
          <w:p>
            <w:r>
              <w:t>Underlag</w:t>
            </w:r>
          </w:p>
        </w:tc>
        <w:tc>
          <w:tcPr>
            <w:tcW w:type="dxa" w:w="4153"/>
          </w:tcPr>
          <w:p>
            <w:r>
              <w:t>[KVITTON, INTYG]</w:t>
            </w:r>
          </w:p>
        </w:tc>
      </w:tr>
      <w:tr>
        <w:tc>
          <w:tcPr>
            <w:tcW w:type="dxa" w:w="4153"/>
          </w:tcPr>
          <w:p>
            <w:r>
              <w:t>Blanketter och bilagor för rätt år</w:t>
            </w:r>
          </w:p>
        </w:tc>
        <w:tc>
          <w:tcPr>
            <w:tcW w:type="dxa" w:w="4153"/>
          </w:tcPr>
          <w:p>
            <w:r>
              <w:t>Inkomståret 2020</w:t>
            </w:r>
          </w:p>
        </w:tc>
      </w:tr>
    </w:tbl>
    <w:p/>
    <w:p>
      <w:pPr>
        <w:pStyle w:val="ListBullet"/>
      </w:pPr>
      <w:r>
        <w:t>[ ] Hittade underlagen för 2020 den [DATUM]</w:t>
      </w:r>
    </w:p>
    <w:p>
      <w:pPr>
        <w:pStyle w:val="ListBullet"/>
      </w:pPr>
      <w:r>
        <w:t>[ ] Skickade begäran den [DATUM], via [FORMULÄRET PÅ SKATTEVERKET.SE / BREV]</w:t>
      </w:r>
    </w:p>
    <w:p>
      <w:pPr>
        <w:pStyle w:val="ListBullet"/>
      </w:pPr>
      <w:r>
        <w:t>[ ] Fick bekräftelse den [DATUM]</w:t>
      </w:r>
    </w:p>
    <w:p>
      <w:pPr>
        <w:pStyle w:val="Heading2"/>
        <w:pageBreakBefore/>
      </w:pPr>
      <w:r>
        <w:t>Begäran om omprövning</w:t>
      </w:r>
    </w:p>
    <w:p>
      <w:r>
        <w:t>[FULLSTÄNDIGT NAMN]</w:t>
      </w:r>
      <w:r>
        <w:br/>
      </w:r>
      <w:r>
        <w:t>Personnummer: [PERSONNUMMER]</w:t>
      </w:r>
      <w:r>
        <w:br/>
      </w:r>
      <w:r>
        <w:t>[ADRESS] · [TELEFON] · [E-POST]</w:t>
      </w:r>
    </w:p>
    <w:p>
      <w:r>
        <w:t>Till: Skatteverket</w:t>
      </w:r>
    </w:p>
    <w:p>
      <w:r>
        <w:t>[DATUM]</w:t>
      </w:r>
    </w:p>
    <w:p>
      <w:r>
        <w:rPr>
          <w:b/>
        </w:rPr>
        <w:t>Begäran om omprövning av slutligt skattebesked för inkomståret 2020</w:t>
      </w:r>
    </w:p>
    <w:p>
      <w:r>
        <w:t>Jag begär omprövning av mitt slutliga skattebesked för inkomståret 2020 (inkomstdeklaration 2021).</w:t>
      </w:r>
    </w:p>
    <w:p>
      <w:r>
        <w:rPr>
          <w:b/>
        </w:rPr>
        <w:t>Vad jag vill ändra</w:t>
      </w:r>
    </w:p>
    <w:p>
      <w:r>
        <w:t>Jag vill att [AVDRAGET FÖR …] på [BELOPP] kr ska godkännas. Jag glömde att begära det i deklarationen.</w:t>
      </w:r>
    </w:p>
    <w:p>
      <w:r>
        <w:rPr>
          <w:b/>
        </w:rPr>
        <w:t>Varför</w:t>
      </w:r>
    </w:p>
    <w:p>
      <w:r>
        <w:t>[VAD AVDRAGET GÄLLER OCH VARFÖR DU HAR RÄTT TILL DET.]</w:t>
      </w:r>
    </w:p>
    <w:p>
      <w:r>
        <w:rPr>
          <w:b/>
        </w:rPr>
        <w:t>Underlag</w:t>
      </w:r>
    </w:p>
    <w:p>
      <w:pPr>
        <w:pStyle w:val="ListNumber"/>
      </w:pPr>
      <w:r>
        <w:t>[KVITTO, INTYG ELLER ANNAT UNDERLAG]</w:t>
      </w:r>
    </w:p>
    <w:p>
      <w:pPr>
        <w:pStyle w:val="ListNumber"/>
      </w:pPr>
      <w:r>
        <w:t>[BLANKETT ELLER BILAGA FÖR INKOMSTÅRET 2020]</w:t>
      </w:r>
    </w:p>
    <w:p>
      <w:r>
        <w:t>Med vänlig hälsning</w:t>
      </w:r>
    </w:p>
    <w:p>
      <w:r>
        <w:t>[FULLSTÄNDIGT NAMN]</w:t>
      </w:r>
      <w:r>
        <w:br/>
      </w:r>
      <w:r>
        <w:t>Underskrift: ____________________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Begäran om omprövning av inkomstdeklaration 2021 (inkomstår 2020)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