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NSSF midterm preparation sheet and bank letter</w:t>
      </w:r>
    </w:p>
    <w:p>
      <w:r>
        <w:t>Fill this in before you apply. It does not replace the NSSF claim form.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153"/>
          </w:tcPr>
          <w:p>
            <w:r>
              <w:t>Date of birth</w:t>
            </w:r>
          </w:p>
        </w:tc>
        <w:tc>
          <w:tcPr>
            <w:tcW w:type="dxa" w:w="4153"/>
          </w:tcPr>
          <w:p>
            <w:r>
              <w:t>[DATE OF BIRTH]</w:t>
            </w:r>
          </w:p>
        </w:tc>
      </w:tr>
      <w:tr>
        <w:tc>
          <w:tcPr>
            <w:tcW w:type="dxa" w:w="4153"/>
          </w:tcPr>
          <w:p>
            <w:r>
              <w:t>Am I 45 or over? (40 or over for a member with a disability)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Years of contributions to NSSF</w:t>
            </w:r>
          </w:p>
        </w:tc>
        <w:tc>
          <w:tcPr>
            <w:tcW w:type="dxa" w:w="4153"/>
          </w:tcPr>
          <w:p>
            <w:r>
              <w:t>[YEARS]</w:t>
            </w:r>
          </w:p>
        </w:tc>
      </w:tr>
      <w:tr>
        <w:tc>
          <w:tcPr>
            <w:tcW w:type="dxa" w:w="4153"/>
          </w:tcPr>
          <w:p>
            <w:r>
              <w:t>At least 10 years?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What NSSF asks for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153"/>
          </w:tcPr>
          <w:p>
            <w:r>
              <w:t>NSSF number</w:t>
            </w:r>
          </w:p>
        </w:tc>
        <w:tc>
          <w:tcPr>
            <w:tcW w:type="dxa" w:w="4153"/>
          </w:tcPr>
          <w:p>
            <w:r>
              <w:t>[NSSF NUMBER]</w:t>
            </w:r>
          </w:p>
        </w:tc>
      </w:tr>
      <w:tr>
        <w:tc>
          <w:tcPr>
            <w:tcW w:type="dxa" w:w="4153"/>
          </w:tcPr>
          <w:p>
            <w:r>
              <w:t>Other NSSF number, if any</w:t>
            </w:r>
          </w:p>
        </w:tc>
        <w:tc>
          <w:tcPr>
            <w:tcW w:type="dxa" w:w="4153"/>
          </w:tcPr>
          <w:p>
            <w:r>
              <w:t>[NUMBER OR NONE]</w:t>
            </w:r>
          </w:p>
        </w:tc>
      </w:tr>
      <w:tr>
        <w:tc>
          <w:tcPr>
            <w:tcW w:type="dxa" w:w="4153"/>
          </w:tcPr>
          <w:p>
            <w:r>
              <w:t>National Identification Number</w:t>
            </w:r>
          </w:p>
        </w:tc>
        <w:tc>
          <w:tcPr>
            <w:tcW w:type="dxa" w:w="4153"/>
          </w:tcPr>
          <w:p>
            <w:r>
              <w:t>[NIN]</w:t>
            </w:r>
          </w:p>
        </w:tc>
      </w:tr>
      <w:tr>
        <w:tc>
          <w:tcPr>
            <w:tcW w:type="dxa" w:w="4153"/>
          </w:tcPr>
          <w:p>
            <w:r>
              <w:t>Phone number registered in my names</w:t>
            </w:r>
          </w:p>
        </w:tc>
        <w:tc>
          <w:tcPr>
            <w:tcW w:type="dxa" w:w="4153"/>
          </w:tcPr>
          <w:p>
            <w:r>
              <w:t>[PHONE]</w:t>
            </w:r>
          </w:p>
        </w:tc>
      </w:tr>
      <w:tr>
        <w:tc>
          <w:tcPr>
            <w:tcW w:type="dxa" w:w="4153"/>
          </w:tcPr>
          <w:p>
            <w:r>
              <w:t>Email, if any</w:t>
            </w:r>
          </w:p>
        </w:tc>
        <w:tc>
          <w:tcPr>
            <w:tcW w:type="dxa" w:w="4153"/>
          </w:tcPr>
          <w:p>
            <w:r>
              <w:t>[EMAIL]</w:t>
            </w:r>
          </w:p>
        </w:tc>
      </w:tr>
      <w:tr>
        <w:tc>
          <w:tcPr>
            <w:tcW w:type="dxa" w:w="4153"/>
          </w:tcPr>
          <w:p>
            <w:r>
              <w:t>Bank, branch and account number</w:t>
            </w:r>
          </w:p>
        </w:tc>
        <w:tc>
          <w:tcPr>
            <w:tcW w:type="dxa" w:w="4153"/>
          </w:tcPr>
          <w:p>
            <w:r>
              <w:t>[BANK, BRANCH, ACCOUNT NUMBER]</w:t>
            </w:r>
          </w:p>
        </w:tc>
      </w:tr>
      <w:tr>
        <w:tc>
          <w:tcPr>
            <w:tcW w:type="dxa" w:w="4153"/>
          </w:tcPr>
          <w:p>
            <w:r>
              <w:t>Mobile money number, if I choose it</w:t>
            </w:r>
          </w:p>
        </w:tc>
        <w:tc>
          <w:tcPr>
            <w:tcW w:type="dxa" w:w="4153"/>
          </w:tcPr>
          <w:p>
            <w:r>
              <w:t>[NUMBER OR NONE]</w:t>
            </w:r>
          </w:p>
        </w:tc>
      </w:tr>
    </w:tbl>
    <w:p/>
    <w:p>
      <w:r>
        <w:t>My employers, the most current first: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1"/>
        <w:gridCol w:w="1661"/>
        <w:gridCol w:w="1661"/>
        <w:gridCol w:w="1661"/>
        <w:gridCol w:w="1661"/>
      </w:tblGrid>
      <w:tr>
        <w:tc>
          <w:tcPr>
            <w:tcW w:type="dxa" w:w="1661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1661"/>
          </w:tcPr>
          <w:p>
            <w:r>
              <w:rPr>
                <w:b/>
              </w:rPr>
              <w:t>Department</w:t>
            </w:r>
          </w:p>
        </w:tc>
        <w:tc>
          <w:tcPr>
            <w:tcW w:type="dxa" w:w="1661"/>
          </w:tcPr>
          <w:p>
            <w:r>
              <w:rPr>
                <w:b/>
              </w:rPr>
              <w:t>From (month, year)</w:t>
            </w:r>
          </w:p>
        </w:tc>
        <w:tc>
          <w:tcPr>
            <w:tcW w:type="dxa" w:w="1661"/>
          </w:tcPr>
          <w:p>
            <w:r>
              <w:rPr>
                <w:b/>
              </w:rPr>
              <w:t>To (month, year)</w:t>
            </w:r>
          </w:p>
        </w:tc>
        <w:tc>
          <w:tcPr>
            <w:tcW w:type="dxa" w:w="1661"/>
          </w:tcPr>
          <w:p>
            <w:r>
              <w:rPr>
                <w:b/>
              </w:rPr>
              <w:t>Staff ID</w:t>
            </w:r>
          </w:p>
        </w:tc>
      </w:tr>
      <w:tr>
        <w:tc>
          <w:tcPr>
            <w:tcW w:type="dxa" w:w="1661"/>
          </w:tcPr>
          <w:p>
            <w:r>
              <w:t>[COMPANY]</w:t>
            </w:r>
          </w:p>
        </w:tc>
        <w:tc>
          <w:tcPr>
            <w:tcW w:type="dxa" w:w="1661"/>
          </w:tcPr>
          <w:p>
            <w:r>
              <w:t>[DEPARTMENT]</w:t>
            </w:r>
          </w:p>
        </w:tc>
        <w:tc>
          <w:tcPr>
            <w:tcW w:type="dxa" w:w="1661"/>
          </w:tcPr>
          <w:p>
            <w:r>
              <w:t>[FROM]</w:t>
            </w:r>
          </w:p>
        </w:tc>
        <w:tc>
          <w:tcPr>
            <w:tcW w:type="dxa" w:w="1661"/>
          </w:tcPr>
          <w:p>
            <w:r>
              <w:t>[TO]</w:t>
            </w:r>
          </w:p>
        </w:tc>
        <w:tc>
          <w:tcPr>
            <w:tcW w:type="dxa" w:w="1661"/>
          </w:tcPr>
          <w:p>
            <w:r>
              <w:t>[STAFF ID]</w:t>
            </w:r>
          </w:p>
        </w:tc>
      </w:tr>
      <w:tr>
        <w:tc>
          <w:tcPr>
            <w:tcW w:type="dxa" w:w="1661"/>
          </w:tcPr>
          <w:p>
            <w:r>
              <w:t>[COMPANY]</w:t>
            </w:r>
          </w:p>
        </w:tc>
        <w:tc>
          <w:tcPr>
            <w:tcW w:type="dxa" w:w="1661"/>
          </w:tcPr>
          <w:p>
            <w:r>
              <w:t>[DEPARTMENT]</w:t>
            </w:r>
          </w:p>
        </w:tc>
        <w:tc>
          <w:tcPr>
            <w:tcW w:type="dxa" w:w="1661"/>
          </w:tcPr>
          <w:p>
            <w:r>
              <w:t>[FROM]</w:t>
            </w:r>
          </w:p>
        </w:tc>
        <w:tc>
          <w:tcPr>
            <w:tcW w:type="dxa" w:w="1661"/>
          </w:tcPr>
          <w:p>
            <w:r>
              <w:t>[TO]</w:t>
            </w:r>
          </w:p>
        </w:tc>
        <w:tc>
          <w:tcPr>
            <w:tcW w:type="dxa" w:w="1661"/>
          </w:tcPr>
          <w:p>
            <w:r>
              <w:t>[STAFF ID]</w:t>
            </w:r>
          </w:p>
        </w:tc>
      </w:tr>
      <w:tr>
        <w:tc>
          <w:tcPr>
            <w:tcW w:type="dxa" w:w="1661"/>
          </w:tcPr>
          <w:p>
            <w:r>
              <w:t>[COMPANY]</w:t>
            </w:r>
          </w:p>
        </w:tc>
        <w:tc>
          <w:tcPr>
            <w:tcW w:type="dxa" w:w="1661"/>
          </w:tcPr>
          <w:p>
            <w:r>
              <w:t>[DEPARTMENT]</w:t>
            </w:r>
          </w:p>
        </w:tc>
        <w:tc>
          <w:tcPr>
            <w:tcW w:type="dxa" w:w="1661"/>
          </w:tcPr>
          <w:p>
            <w:r>
              <w:t>[FROM]</w:t>
            </w:r>
          </w:p>
        </w:tc>
        <w:tc>
          <w:tcPr>
            <w:tcW w:type="dxa" w:w="1661"/>
          </w:tcPr>
          <w:p>
            <w:r>
              <w:t>[TO]</w:t>
            </w:r>
          </w:p>
        </w:tc>
        <w:tc>
          <w:tcPr>
            <w:tcW w:type="dxa" w:w="1661"/>
          </w:tcPr>
          <w:p>
            <w:r>
              <w:t>[STAFF ID]</w:t>
            </w:r>
          </w:p>
        </w:tc>
      </w:tr>
    </w:tbl>
    <w:p/>
    <w:p>
      <w:r>
        <w:t>Papers:</w:t>
      </w:r>
    </w:p>
    <w:p>
      <w:pPr>
        <w:pStyle w:val="ListBullet"/>
      </w:pPr>
      <w:r>
        <w:t>[ ] Current passport-size photograph</w:t>
      </w:r>
    </w:p>
    <w:p>
      <w:pPr>
        <w:pStyle w:val="ListBullet"/>
      </w:pPr>
      <w:r>
        <w:t>[ ] Copy of valid ID: national ID, driving permit, passport or financial card</w:t>
      </w:r>
    </w:p>
    <w:p>
      <w:pPr>
        <w:pStyle w:val="ListBullet"/>
      </w:pPr>
      <w:r>
        <w:t>[ ] Proof of my bank account: bank slip, one page of a statement, or a bank letter</w:t>
      </w:r>
    </w:p>
    <w:p>
      <w:pPr>
        <w:pStyle w:val="ListBullet"/>
      </w:pPr>
      <w:r>
        <w:t>[ ] For a member with a disability: letter from the National Council for Persons with Disabilities Uganda</w:t>
      </w:r>
    </w:p>
    <w:p>
      <w:r>
        <w:t>Steps:</w:t>
      </w:r>
    </w:p>
    <w:p>
      <w:pPr>
        <w:pStyle w:val="ListBullet"/>
      </w:pPr>
      <w:r>
        <w:t>[ ] Applied [ONLINE / BY PHONE CODE / AT THE BRANCH] on [DATE]</w:t>
      </w:r>
    </w:p>
    <w:p>
      <w:pPr>
        <w:pStyle w:val="ListBullet"/>
      </w:pPr>
      <w:r>
        <w:t>[ ] Paper form signed in front of an NSSF officer on [DATE]</w:t>
      </w:r>
    </w:p>
    <w:p>
      <w:pPr>
        <w:pStyle w:val="Heading2"/>
        <w:pageBreakBefore/>
      </w:pPr>
      <w:r>
        <w:t>Letter to my bank</w:t>
      </w:r>
    </w:p>
    <w:p>
      <w:r>
        <w:t>[FULL NAME]</w:t>
      </w:r>
      <w:r>
        <w:br/>
      </w:r>
      <w:r>
        <w:t>[ADDRESS] · [PHONE]</w:t>
      </w:r>
    </w:p>
    <w:p>
      <w:r>
        <w:t>To: The Branch Manager, [BANK], [BRANCH]</w:t>
      </w:r>
    </w:p>
    <w:p>
      <w:r>
        <w:t>[DATE]</w:t>
      </w:r>
    </w:p>
    <w:p>
      <w:r>
        <w:rPr>
          <w:b/>
        </w:rPr>
        <w:t>Subject: Letter confirming my account details for NSSF</w:t>
      </w:r>
    </w:p>
    <w:p>
      <w:r>
        <w:t>I am applying to the National Social Security Fund for midterm access to my benefits. NSSF accepts a letter from the bank as proof of my account.</w:t>
      </w:r>
    </w:p>
    <w:p>
      <w:r>
        <w:t>Please give me a signed letter that confirms:</w:t>
      </w:r>
    </w:p>
    <w:p>
      <w:pPr>
        <w:pStyle w:val="ListBullet"/>
      </w:pPr>
      <w:r>
        <w:t>the full names on the account</w:t>
      </w:r>
    </w:p>
    <w:p>
      <w:pPr>
        <w:pStyle w:val="ListBullet"/>
      </w:pPr>
      <w:r>
        <w:t>the account number</w:t>
      </w:r>
    </w:p>
    <w:p>
      <w:pPr>
        <w:pStyle w:val="ListBullet"/>
      </w:pPr>
      <w:r>
        <w:t>the bank and the branch</w:t>
      </w:r>
    </w:p>
    <w:p>
      <w:pPr>
        <w:pStyle w:val="ListBullet"/>
      </w:pPr>
      <w:r>
        <w:t>the currency of the account</w:t>
      </w:r>
    </w:p>
    <w:p>
      <w:r>
        <w:t>My account number is [ACCOUNT NUMBER]. I attach a copy of my ID.</w:t>
      </w:r>
    </w:p>
    <w:p>
      <w:r>
        <w:t>Sincerely,</w:t>
      </w:r>
    </w:p>
    <w:p>
      <w:r>
        <w:t>[FULL NAME]</w:t>
      </w:r>
      <w:r>
        <w:br/>
      </w:r>
      <w:r>
        <w:t>Signature: ____________________</w:t>
      </w:r>
    </w:p>
    <w:p>
      <w:r>
        <w:t>Received by: ____________________ Date: 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NSSF midterm preparation sheet and bank letter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