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Certificate of Service</w:t>
      </w:r>
    </w:p>
    <w:p>
      <w:r>
        <w:t>[YOUR FULL NAME]</w:t>
      </w:r>
      <w:r>
        <w:br/>
      </w:r>
      <w:r>
        <w:t>ID number: [ID NUMBER] · NSSF member number: [NSSF NUMBER]</w:t>
      </w:r>
      <w:r>
        <w:br/>
      </w:r>
      <w:r>
        <w:t>[POSTAL ADDRESS] · [PHONE] · [EMAIL]</w:t>
      </w:r>
    </w:p>
    <w:p>
      <w:r>
        <w:t>[DATE]</w:t>
      </w:r>
    </w:p>
    <w:p>
      <w:r>
        <w:t>To: [HR MANAGER OR DIRECTOR]</w:t>
      </w:r>
      <w:r>
        <w:br/>
      </w:r>
      <w:r>
        <w:t>[EMPLOYER NAME]</w:t>
      </w:r>
      <w:r>
        <w:br/>
      </w:r>
      <w:r>
        <w:t>[EMPLOYER ADDRESS]</w:t>
      </w:r>
    </w:p>
    <w:p>
      <w:r>
        <w:rPr>
          <w:b/>
        </w:rPr>
        <w:t>Re: Certificate of service for my NSSF benefit claim</w:t>
      </w:r>
    </w:p>
    <w:p>
      <w:r>
        <w:t>Dear Sir or Madam,</w:t>
      </w:r>
    </w:p>
    <w:p>
      <w:r>
        <w:t>I worked for [EMPLOYER NAME] as [JOB TITLE] at [PLACE OF WORK] from [START DATE] to [LAST DAY].</w:t>
      </w:r>
    </w:p>
    <w:p>
      <w:r>
        <w:t>I am preparing a benefit claim at NSSF. NSSF asks for a certified copy of a retirement letter, a certificate of service or a termination letter.</w:t>
      </w:r>
    </w:p>
    <w:p>
      <w:r>
        <w:t>Under section 51 of the Employment Act, please issue my certificate of service, showing:</w:t>
      </w:r>
    </w:p>
    <w:p>
      <w:pPr>
        <w:pStyle w:val="ListBullet"/>
      </w:pPr>
      <w:r>
        <w:t>the name and postal address of the employer</w:t>
      </w:r>
    </w:p>
    <w:p>
      <w:pPr>
        <w:pStyle w:val="ListBullet"/>
      </w:pPr>
      <w:r>
        <w:t>my full name</w:t>
      </w:r>
    </w:p>
    <w:p>
      <w:pPr>
        <w:pStyle w:val="ListBullet"/>
      </w:pPr>
      <w:r>
        <w:t>the date my employment started</w:t>
      </w:r>
    </w:p>
    <w:p>
      <w:pPr>
        <w:pStyle w:val="ListBullet"/>
      </w:pPr>
      <w:r>
        <w:t>the nature and usual place of my employment</w:t>
      </w:r>
    </w:p>
    <w:p>
      <w:pPr>
        <w:pStyle w:val="ListBullet"/>
      </w:pPr>
      <w:r>
        <w:t>the date my employment ended</w:t>
      </w:r>
    </w:p>
    <w:p>
      <w:r>
        <w:t>You can send it to [EMAIL], or I can collect it from [PLACE]. If you cannot issue it, please tell me in writing why.</w:t>
      </w:r>
    </w:p>
    <w:p>
      <w:r>
        <w:t>Yours faithfully,</w:t>
      </w:r>
    </w:p>
    <w:p>
      <w:r>
        <w:t>[SIGNATURE]</w:t>
      </w:r>
    </w:p>
    <w:p>
      <w:r>
        <w:t>[YOUR FULL NAME]</w:t>
      </w:r>
    </w:p>
    <w:p>
      <w:r>
        <w:t>Received by: ____________ Date: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K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Certificate of Service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