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Application letter for NIN data modification</w:t>
      </w:r>
    </w:p>
    <w:p>
      <w:r>
        <w:t>[FULL NAME AS ON THE NIN SLIP]</w:t>
      </w:r>
      <w:r>
        <w:br/>
      </w:r>
      <w:r>
        <w:t>NIN: [11-DIGIT NIN]</w:t>
      </w:r>
      <w:r>
        <w:br/>
      </w:r>
      <w:r>
        <w:t>[ADDRESS] · [PHONE ENROLLED WITH] · [EMAIL]</w:t>
      </w:r>
    </w:p>
    <w:p>
      <w:r>
        <w:t>To: The Enrolment Officer</w:t>
      </w:r>
      <w:r>
        <w:br/>
      </w:r>
      <w:r>
        <w:t>National Identity Management Commission, [ENROLMENT CENTRE, LGA, STATE]</w:t>
      </w:r>
    </w:p>
    <w:p>
      <w:r>
        <w:t>[DATE]</w:t>
      </w:r>
    </w:p>
    <w:p>
      <w:r>
        <w:rPr>
          <w:b/>
        </w:rPr>
        <w:t>Subject: Application to modify my NIN data</w:t>
      </w:r>
    </w:p>
    <w:p>
      <w:r>
        <w:t>I enrolled for my National Identification Number at [CENTRE] on [DATE, IF KNOWN]. I apply to change the following: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6"/>
        <w:gridCol w:w="2076"/>
        <w:gridCol w:w="2076"/>
        <w:gridCol w:w="2076"/>
      </w:tblGrid>
      <w:tr>
        <w:tc>
          <w:tcPr>
            <w:tcW w:type="dxa" w:w="2076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2076"/>
          </w:tcPr>
          <w:p>
            <w:r>
              <w:rPr>
                <w:b/>
              </w:rPr>
              <w:t>Shown now</w:t>
            </w:r>
          </w:p>
        </w:tc>
        <w:tc>
          <w:tcPr>
            <w:tcW w:type="dxa" w:w="2076"/>
          </w:tcPr>
          <w:p>
            <w:r>
              <w:rPr>
                <w:b/>
              </w:rPr>
              <w:t>Should read</w:t>
            </w:r>
          </w:p>
        </w:tc>
        <w:tc>
          <w:tcPr>
            <w:tcW w:type="dxa" w:w="2076"/>
          </w:tcPr>
          <w:p>
            <w:r>
              <w:rPr>
                <w:b/>
              </w:rPr>
              <w:t>Supporting document</w:t>
            </w:r>
          </w:p>
        </w:tc>
      </w:tr>
      <w:tr>
        <w:tc>
          <w:tcPr>
            <w:tcW w:type="dxa" w:w="2076"/>
          </w:tcPr>
          <w:p>
            <w:r>
              <w:t>[NAME / ADDRESS / DATE OF BIRTH / OTHER]</w:t>
            </w:r>
          </w:p>
        </w:tc>
        <w:tc>
          <w:tcPr>
            <w:tcW w:type="dxa" w:w="2076"/>
          </w:tcPr>
          <w:p>
            <w:r>
              <w:t>[WHAT IT SAYS]</w:t>
            </w:r>
          </w:p>
        </w:tc>
        <w:tc>
          <w:tcPr>
            <w:tcW w:type="dxa" w:w="2076"/>
          </w:tcPr>
          <w:p>
            <w:r>
              <w:t>[WHAT IT SHOULD SAY]</w:t>
            </w:r>
          </w:p>
        </w:tc>
        <w:tc>
          <w:tcPr>
            <w:tcW w:type="dxa" w:w="2076"/>
          </w:tcPr>
          <w:p>
            <w:r>
              <w:t>[DOCUMENT]</w:t>
            </w:r>
          </w:p>
        </w:tc>
      </w:tr>
      <w:tr>
        <w:tc>
          <w:tcPr>
            <w:tcW w:type="dxa" w:w="2076"/>
          </w:tcPr>
          <w:p>
            <w:r>
              <w:t>[FIELD]</w:t>
            </w:r>
          </w:p>
        </w:tc>
        <w:tc>
          <w:tcPr>
            <w:tcW w:type="dxa" w:w="2076"/>
          </w:tcPr>
          <w:p>
            <w:r>
              <w:t>[WHAT IT SAYS]</w:t>
            </w:r>
          </w:p>
        </w:tc>
        <w:tc>
          <w:tcPr>
            <w:tcW w:type="dxa" w:w="2076"/>
          </w:tcPr>
          <w:p>
            <w:r>
              <w:t>[WHAT IT SHOULD SAY]</w:t>
            </w:r>
          </w:p>
        </w:tc>
        <w:tc>
          <w:tcPr>
            <w:tcW w:type="dxa" w:w="2076"/>
          </w:tcPr>
          <w:p>
            <w:r>
              <w:t>[DOCUMENT]</w:t>
            </w:r>
          </w:p>
        </w:tc>
      </w:tr>
    </w:tbl>
    <w:p/>
    <w:p>
      <w:r>
        <w:t>Reason for the change: [WHY THE DETAIL IS WRONG OR HAS CHANGED]</w:t>
      </w:r>
    </w:p>
    <w:p>
      <w:r>
        <w:t>I attach:</w:t>
      </w:r>
    </w:p>
    <w:p>
      <w:pPr>
        <w:pStyle w:val="ListBullet"/>
      </w:pPr>
      <w:r>
        <w:t>the original of my NIN slip;</w:t>
      </w:r>
    </w:p>
    <w:p>
      <w:pPr>
        <w:pStyle w:val="ListBullet"/>
      </w:pPr>
      <w:r>
        <w:t>the Remita (RRR) printout or online payment details, RRR no. [NUMBER];</w:t>
      </w:r>
    </w:p>
    <w:p>
      <w:pPr>
        <w:pStyle w:val="ListBullet"/>
      </w:pPr>
      <w:r>
        <w:t>the supporting document listed above.</w:t>
      </w:r>
    </w:p>
    <w:p>
      <w:r>
        <w:t>I confirm that this information is true.</w:t>
      </w:r>
    </w:p>
    <w:p>
      <w:r>
        <w:t>Yours faithfully,</w:t>
      </w:r>
    </w:p>
    <w:p>
      <w:r>
        <w:t>[FULL NAME]</w:t>
      </w:r>
      <w:r>
        <w:br/>
      </w:r>
      <w:r>
        <w:t>Signature: ____________________</w:t>
      </w:r>
    </w:p>
    <w:p>
      <w:pPr>
        <w:pStyle w:val="Heading2"/>
        <w:pageBreakBefore/>
      </w:pPr>
      <w:r>
        <w:t>For me: what each change needs</w:t>
      </w:r>
    </w:p>
    <w:p>
      <w:pPr>
        <w:pStyle w:val="ListBullet"/>
      </w:pPr>
      <w:r>
        <w:t>[ ] Name: sworn affidavit, newspaper extract, or marriage certificate in case of marriage</w:t>
      </w:r>
    </w:p>
    <w:p>
      <w:pPr>
        <w:pStyle w:val="ListBullet"/>
      </w:pPr>
      <w:r>
        <w:t>[ ] Address: utility bill, tenancy agreement, bank statement or community leader attestation</w:t>
      </w:r>
    </w:p>
    <w:p>
      <w:pPr>
        <w:pStyle w:val="ListBullet"/>
      </w:pPr>
      <w:r>
        <w:t>[ ] Phone number lost or damaged: police report</w:t>
      </w:r>
    </w:p>
    <w:p>
      <w:pPr>
        <w:pStyle w:val="ListBullet"/>
      </w:pPr>
      <w:r>
        <w:t>[ ] Date of birth, age 18 and above: letter of attestation from the National Population Commission</w:t>
      </w:r>
    </w:p>
    <w:p>
      <w:pPr>
        <w:pStyle w:val="ListBullet"/>
      </w:pPr>
      <w:r>
        <w:t>[ ] Paid on Remita on [DATE]; the amount is on my invoice</w:t>
      </w:r>
    </w:p>
    <w:p>
      <w:pPr>
        <w:pStyle w:val="ListBullet"/>
      </w:pPr>
      <w:r>
        <w:t>[ ] Handed in at [CENTRE] on [DATE]; transaction slip kept</w:t>
      </w:r>
    </w:p>
    <w:p>
      <w:pPr>
        <w:pStyle w:val="ListBullet"/>
      </w:pPr>
      <w:r>
        <w:t>[ ] Back for the new slip on [DATE]: same NIN, new details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letter for NIN data modification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