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Letter of Explanation: Household Income</w:t>
      </w:r>
    </w:p>
    <w:p>
      <w:r>
        <w:t>[FULL NAME]</w:t>
      </w:r>
      <w:r>
        <w:br/>
      </w:r>
      <w:r>
        <w:t>[ADDRESS]</w:t>
      </w:r>
      <w:r>
        <w:br/>
      </w:r>
      <w:r>
        <w:t>[PHONE] · [EMAIL]</w:t>
      </w:r>
    </w:p>
    <w:p>
      <w:r>
        <w:t>[DATE]</w:t>
      </w:r>
    </w:p>
    <w:p>
      <w:r>
        <w:t>Health Insurance Marketplace</w:t>
      </w:r>
      <w:r>
        <w:br/>
      </w:r>
      <w:r>
        <w:t>Attn: Coverage Processing</w:t>
      </w:r>
      <w:r>
        <w:br/>
      </w:r>
      <w:r>
        <w:t>465 Industrial Blvd.</w:t>
      </w:r>
      <w:r>
        <w:br/>
      </w:r>
      <w:r>
        <w:t>London, KY 40750</w:t>
      </w:r>
    </w:p>
    <w:p>
      <w:r>
        <w:rPr>
          <w:b/>
        </w:rPr>
        <w:t>Re: Income for [YEAR] · Application ID [APPLICATION ID]</w:t>
      </w:r>
    </w:p>
    <w:p>
      <w:r>
        <w:t>To the Marketplace:</w:t>
      </w:r>
    </w:p>
    <w:p>
      <w:r>
        <w:t>I received your letter dated [DATE OF YOUR LETTER] asking me to confirm my household income.</w:t>
      </w:r>
    </w:p>
    <w:p>
      <w:r>
        <w:t>My household expects to get $[ANNUAL INCOME] in [YEAR].</w:t>
      </w:r>
    </w:p>
    <w:p>
      <w:r>
        <w:t>This amount differs from your records because [WHAT CHANGED, FOR EXAMPLE: I CHANGED JOBS ON A DATE, MY HOURS WERE CUT, MY BUSINESS EARNED LESS].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Household member</w:t>
            </w:r>
          </w:p>
        </w:tc>
        <w:tc>
          <w:tcPr>
            <w:tcW w:type="dxa" w:w="2880"/>
          </w:tcPr>
          <w:p>
            <w:r>
              <w:rPr>
                <w:b/>
              </w:rPr>
              <w:t>Employer or business</w:t>
            </w:r>
          </w:p>
        </w:tc>
        <w:tc>
          <w:tcPr>
            <w:tcW w:type="dxa" w:w="2880"/>
          </w:tcPr>
          <w:p>
            <w:r>
              <w:rPr>
                <w:b/>
              </w:rPr>
              <w:t>Expected in [YEAR]</w:t>
            </w:r>
          </w:p>
        </w:tc>
      </w:tr>
      <w:tr>
        <w:tc>
          <w:tcPr>
            <w:tcW w:type="dxa" w:w="2880"/>
          </w:tcPr>
          <w:p>
            <w:r>
              <w:t>[NAME]</w:t>
            </w:r>
          </w:p>
        </w:tc>
        <w:tc>
          <w:tcPr>
            <w:tcW w:type="dxa" w:w="2880"/>
          </w:tcPr>
          <w:p>
            <w:r>
              <w:t>[EMPLOYER OR BUSINESS]</w:t>
            </w:r>
          </w:p>
        </w:tc>
        <w:tc>
          <w:tcPr>
            <w:tcW w:type="dxa" w:w="2880"/>
          </w:tcPr>
          <w:p>
            <w:r>
              <w:t>$[AMOUNT]</w:t>
            </w:r>
          </w:p>
        </w:tc>
      </w:tr>
      <w:tr>
        <w:tc>
          <w:tcPr>
            <w:tcW w:type="dxa" w:w="2880"/>
          </w:tcPr>
          <w:p>
            <w:r>
              <w:t>[NAME]</w:t>
            </w:r>
          </w:p>
        </w:tc>
        <w:tc>
          <w:tcPr>
            <w:tcW w:type="dxa" w:w="2880"/>
          </w:tcPr>
          <w:p>
            <w:r>
              <w:t>[EMPLOYER OR BUSINESS]</w:t>
            </w:r>
          </w:p>
        </w:tc>
        <w:tc>
          <w:tcPr>
            <w:tcW w:type="dxa" w:w="2880"/>
          </w:tcPr>
          <w:p>
            <w:r>
              <w:t>$[AMOUNT]</w:t>
            </w:r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Total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>
            <w:r>
              <w:rPr>
                <w:b/>
              </w:rPr>
              <w:t>$[ANNUAL INCOME]</w:t>
            </w:r>
          </w:p>
        </w:tc>
      </w:tr>
    </w:tbl>
    <w:p/>
    <w:p>
      <w:r>
        <w:t>I am sending these documents with this letter:</w:t>
      </w:r>
    </w:p>
    <w:p>
      <w:pPr>
        <w:pStyle w:val="ListBullet"/>
      </w:pPr>
      <w:r>
        <w:t>[DOCUMENT, FOR EXAMPLE: MY LAST TWO PAY STUBS]</w:t>
      </w:r>
    </w:p>
    <w:p>
      <w:pPr>
        <w:pStyle w:val="ListBullet"/>
      </w:pPr>
      <w:r>
        <w:t>[DOCUMENT, FOR EXAMPLE: SELF-EMPLOYMENT LEDGER FROM JANUARY 1 TO OCTOBER 31]</w:t>
      </w:r>
    </w:p>
    <w:p>
      <w:r>
        <w:t>This information is true to the best of my knowledge.</w:t>
      </w:r>
    </w:p>
    <w:p>
      <w:r>
        <w:t>[SIGNATURE]</w:t>
      </w:r>
    </w:p>
    <w:p>
      <w:r>
        <w:t>[FULL NAME]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cs="Arial" w:eastAsia="Arial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cs="Arial" w:eastAsia="Arial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of Explanation: Household Income</dc:title>
  <dc:subject/>
  <dc:creator>Layers (layers.md)</dc:creator>
  <cp:keywords/>
  <dc:description>CC BY 4.0 · © Layers (layers.md)</dc:description>
  <cp:lastModifiedBy/>
  <cp:revision>1</cp:revision>
  <dcterms:created xsi:type="dcterms:W3CDTF">2026-10-29T00:00:00Z</dcterms:created>
  <dcterms:modified xsi:type="dcterms:W3CDTF">2026-10-29T00:00:00Z</dcterms:modified>
  <cp:category/>
</cp:coreProperties>
</file>