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Underrättelse om tvist om tidsbegränsad anställning (40 § LAS)</w:t>
      </w:r>
    </w:p>
    <w:p>
      <w:r>
        <w:t>[ORT], [DATUM]</w:t>
      </w:r>
    </w:p>
    <w:p>
      <w:r>
        <w:t>Till:</w:t>
      </w:r>
      <w:r>
        <w:br/>
      </w:r>
      <w:r>
        <w:t>[ARBETSGIVARENS NAMN]</w:t>
      </w:r>
      <w:r>
        <w:br/>
      </w:r>
      <w:r>
        <w:t>Org.nr: [ORGANISATIONSNUMMER]</w:t>
      </w:r>
      <w:r>
        <w:br/>
      </w:r>
      <w:r>
        <w:t>[ADRESS]</w:t>
      </w:r>
    </w:p>
    <w:p>
      <w:r>
        <w:t>Från:</w:t>
      </w:r>
      <w:r>
        <w:br/>
      </w:r>
      <w:r>
        <w:t>[FÖRNAMN OCH EFTERNAMN]</w:t>
      </w:r>
      <w:r>
        <w:br/>
      </w:r>
      <w:r>
        <w:t>Personnummer: [PERSONNUMMER]</w:t>
      </w:r>
      <w:r>
        <w:br/>
      </w:r>
      <w:r>
        <w:t>Adress: [ADRESS]</w:t>
      </w:r>
      <w:r>
        <w:br/>
      </w:r>
      <w:r>
        <w:t>Telefon / e-post: [TELEFON / E-POST]</w:t>
      </w:r>
    </w:p>
    <w:p>
      <w:r>
        <w:rPr>
          <w:b/>
        </w:rPr>
        <w:t>Ärende: Underrättelse enligt 40 § andra stycket och 41 § lagen om anställningsskydd</w:t>
      </w:r>
    </w:p>
    <w:p>
      <w:r>
        <w:t>Jag var anställd hos er som [BEFATTNING] från den [DATUM] till den [DATUM, ANSTÄLLNINGSTIDENS UTGÅNG]. Anställningen var enligt avtalet tidsbegränsad som [SÄRSKILD VISSTIDSANSTÄLLNING / VIKARIAT / SÄSONGSARBETE / PROVANSTÄLLNING / ANNAN FORM].</w:t>
      </w:r>
    </w:p>
    <w:p>
      <w:r>
        <w:t>Jag gör gällande att anställningsavtalet har tidsbegränsats i strid mot 4 § första stycket LAS, eftersom (kryssa det som gäller):</w:t>
      </w:r>
    </w:p>
    <w:p>
      <w:r>
        <w:t>( ) anställningen inte föll under någon av de former som är tillåtna enligt 5 och 6 §§: [FÖRKLARA]</w:t>
      </w:r>
      <w:r>
        <w:br/>
      </w:r>
      <w:r>
        <w:t>( ) jag i själva verket inte vikarierade för någon: [FÖRKLARA]</w:t>
      </w:r>
      <w:r>
        <w:br/>
      </w:r>
      <w:r>
        <w:t>( ) jag har haft tidsbegränsade anställningar hos er i sammanlagt [ANTAL] månader sedan [DATUM], vilket överstiger gränserna i 5 a § LAS</w:t>
      </w:r>
      <w:r>
        <w:br/>
      </w:r>
      <w:r>
        <w:t>( ) [ANNAN GRUND]</w:t>
      </w:r>
    </w:p>
    <w:p>
      <w:r>
        <w:t>Jag underrättar er härmed att jag avser att yrka att anställningsavtalet ska förklaras gälla tills vidare (36 § LAS).</w:t>
      </w:r>
    </w:p>
    <w:p>
      <w:r>
        <w:t>Jag underrättar er också att jag avser att kräva lön och andra anställningsförmåner samt skadestånd för förlust och kränkning enligt 38 § LAS.</w:t>
      </w:r>
    </w:p>
    <w:p>
      <w:r>
        <w:t>( ) Min fackliga organisation [NAMN] företräder mig och kommer att begära förhandling.</w:t>
      </w:r>
    </w:p>
    <w:p>
      <w:r>
        <w:t>Jag ber om ert skriftliga svar senast den [DATUM].</w:t>
      </w:r>
    </w:p>
    <w:p>
      <w:r>
        <w:t>Med vänlig hälsning</w:t>
      </w:r>
    </w:p>
    <w:p>
      <w:r>
        <w:t>[FÖRNAMN OCH EFTERNAMN]</w:t>
      </w:r>
      <w:r>
        <w:br/>
      </w:r>
      <w:r>
        <w:t>Underskrift: ____________________</w:t>
      </w:r>
    </w:p>
    <w:p>
      <w:r>
        <w:t>Bilagor: anställningsavtal, [TIDIGARE AVTAL / LÖNEBESKED / SCHEMAN]</w:t>
      </w:r>
    </w:p>
    <w:p>
      <w:pPr>
        <w:pStyle w:val="Heading2"/>
        <w:pageBreakBefore/>
      </w:pPr>
      <w:r>
        <w:t>För mig själv</w:t>
      </w:r>
    </w:p>
    <w:p>
      <w:pPr>
        <w:pStyle w:val="ListBullet"/>
      </w:pPr>
      <w:r>
        <w:t>[ ] Anställningstidens utgång: [DATUM]; underrättelse senast en månad efter: [DATUM]</w:t>
      </w:r>
    </w:p>
    <w:p>
      <w:pPr>
        <w:pStyle w:val="ListBullet"/>
      </w:pPr>
      <w:r>
        <w:t>[ ] Skadestånd: underrättelse senast fyra månader efter: [DATUM]</w:t>
      </w:r>
    </w:p>
    <w:p>
      <w:pPr>
        <w:pStyle w:val="ListBullet"/>
      </w:pPr>
      <w:r>
        <w:t>[ ] Skickat den [DATUM] med [REKOMMENDERAT BREV / E-POST MED KVITTENS], kopia sparad</w:t>
      </w:r>
    </w:p>
    <w:p>
      <w:pPr>
        <w:pStyle w:val="ListBullet"/>
      </w:pPr>
      <w:r>
        <w:t>[ ] Talan väcks senast två veckor efter att fristen gick ut eller förhandlingen avslutades: [DATUM]</w:t>
      </w:r>
    </w:p>
    <w:sectPr w:rsidR="00FC693F" w:rsidRPr="0006063C" w:rsidSect="00034616">
      <w:pgSz w:w="11906" w:h="16838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cs="Arial" w:eastAsia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="Arial" w:hAnsi="Arial" w:cs="Arial" w:eastAsia="Arial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="Arial" w:hAnsi="Arial" w:cs="Arial" w:eastAsia="Arial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="Arial" w:hAnsi="Arial" w:cs="Arial" w:eastAsia="Arial"/>
      <w:b/>
      <w:bCs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Underrättelse om tvist om tidsbegränsad anställning (40 § LAS)</dc:title>
  <dc:subject/>
  <dc:creator>Layers (layers.md)</dc:creator>
  <cp:keywords/>
  <dc:description>CC BY 4.0 · © Layers (layers.md)</dc:description>
  <cp:lastModifiedBy/>
  <cp:revision>1</cp:revision>
  <dcterms:created xsi:type="dcterms:W3CDTF">2026-10-29T00:00:00Z</dcterms:created>
  <dcterms:modified xsi:type="dcterms:W3CDTF">2026-10-29T00:00:00Z</dcterms:modified>
  <cp:category/>
</cp:coreProperties>
</file>