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Kvitto</w:t>
      </w:r>
    </w:p>
    <w:p>
      <w:r>
        <w:rPr>
          <w:b/>
        </w:rPr>
        <w:t>Kvittonummer:</w:t>
      </w:r>
      <w:r>
        <w:t xml:space="preserve"> [NUMMER I FÖLJD]</w:t>
      </w:r>
      <w:r>
        <w:br/>
      </w:r>
      <w:r>
        <w:rPr>
          <w:b/>
        </w:rPr>
        <w:t>Datum för kvittot:</w:t>
      </w:r>
      <w:r>
        <w:t xml:space="preserve"> [DATUM]</w:t>
      </w:r>
      <w:r>
        <w:br/>
      </w:r>
      <w:r>
        <w:rPr>
          <w:b/>
        </w:rPr>
        <w:t>Betalningen mottogs:</w:t>
      </w:r>
      <w:r>
        <w:t xml:space="preserve"> [DATUM FÖR BETALNINGEN]</w:t>
      </w:r>
    </w:p>
    <w:p>
      <w:r>
        <w:rPr>
          <w:b/>
        </w:rPr>
        <w:t>Säljare / mottagare av betalningen</w:t>
      </w:r>
      <w:r>
        <w:br/>
      </w:r>
      <w:r>
        <w:t>[NAMN ELLER FÖRETAGSNAMN]</w:t>
      </w:r>
      <w:r>
        <w:br/>
      </w:r>
      <w:r>
        <w:t>[ADRESS]</w:t>
      </w:r>
      <w:r>
        <w:br/>
      </w:r>
      <w:r>
        <w:t>Organisations- eller personnummer: [NUMMER]</w:t>
      </w:r>
      <w:r>
        <w:br/>
      </w:r>
      <w:r>
        <w:t>Momsregistreringsnummer: [SE-NUMMER, OM MOMSREGISTRERAD]</w:t>
      </w:r>
    </w:p>
    <w:p>
      <w:r>
        <w:rPr>
          <w:b/>
        </w:rPr>
        <w:t>Köpare / betalare</w:t>
      </w:r>
      <w:r>
        <w:br/>
      </w:r>
      <w:r>
        <w:t>[NAMN ELLER FÖRETAGSNAMN]</w:t>
      </w:r>
      <w:r>
        <w:br/>
      </w:r>
      <w:r>
        <w:t>[ADRESS, OM KÄND]</w:t>
      </w:r>
    </w:p>
    <w:p>
      <w:r>
        <w:rPr>
          <w:b/>
        </w:rPr>
        <w:t>Betalningen avser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384"/>
        <w:gridCol w:w="1384"/>
        <w:gridCol w:w="1384"/>
        <w:gridCol w:w="1384"/>
        <w:gridCol w:w="1384"/>
        <w:gridCol w:w="1384"/>
      </w:tblGrid>
      <w:tr>
        <w:tc>
          <w:tcPr>
            <w:tcW w:type="dxa" w:w="1384"/>
          </w:tcPr>
          <w:p>
            <w:r>
              <w:rPr>
                <w:b/>
              </w:rPr>
              <w:t>Vara eller tjänst</w:t>
            </w:r>
          </w:p>
        </w:tc>
        <w:tc>
          <w:tcPr>
            <w:tcW w:type="dxa" w:w="1384"/>
          </w:tcPr>
          <w:p>
            <w:r>
              <w:rPr>
                <w:b/>
              </w:rPr>
              <w:t>Antal</w:t>
            </w:r>
          </w:p>
        </w:tc>
        <w:tc>
          <w:tcPr>
            <w:tcW w:type="dxa" w:w="1384"/>
          </w:tcPr>
          <w:p>
            <w:r>
              <w:rPr>
                <w:b/>
              </w:rPr>
              <w:t>Pris exkl. moms</w:t>
            </w:r>
          </w:p>
        </w:tc>
        <w:tc>
          <w:tcPr>
            <w:tcW w:type="dxa" w:w="1384"/>
          </w:tcPr>
          <w:p>
            <w:r>
              <w:rPr>
                <w:b/>
              </w:rPr>
              <w:t>Momssats</w:t>
            </w:r>
          </w:p>
        </w:tc>
        <w:tc>
          <w:tcPr>
            <w:tcW w:type="dxa" w:w="1384"/>
          </w:tcPr>
          <w:p>
            <w:r>
              <w:rPr>
                <w:b/>
              </w:rPr>
              <w:t>Moms</w:t>
            </w:r>
          </w:p>
        </w:tc>
        <w:tc>
          <w:tcPr>
            <w:tcW w:type="dxa" w:w="1384"/>
          </w:tcPr>
          <w:p>
            <w:r>
              <w:rPr>
                <w:b/>
              </w:rPr>
              <w:t>Summa inkl. moms</w:t>
            </w:r>
          </w:p>
        </w:tc>
      </w:tr>
      <w:tr>
        <w:tc>
          <w:tcPr>
            <w:tcW w:type="dxa" w:w="1384"/>
          </w:tcPr>
          <w:p>
            <w:r>
              <w:t>[VARA ELLER TJÄNST]</w:t>
            </w:r>
          </w:p>
        </w:tc>
        <w:tc>
          <w:tcPr>
            <w:tcW w:type="dxa" w:w="1384"/>
          </w:tcPr>
          <w:p>
            <w:r>
              <w:t>[ANTAL]</w:t>
            </w:r>
          </w:p>
        </w:tc>
        <w:tc>
          <w:tcPr>
            <w:tcW w:type="dxa" w:w="1384"/>
          </w:tcPr>
          <w:p>
            <w:r>
              <w:t>[BELOPP] kr</w:t>
            </w:r>
          </w:p>
        </w:tc>
        <w:tc>
          <w:tcPr>
            <w:tcW w:type="dxa" w:w="1384"/>
          </w:tcPr>
          <w:p>
            <w:r>
              <w:t>[SATS] %</w:t>
            </w:r>
          </w:p>
        </w:tc>
        <w:tc>
          <w:tcPr>
            <w:tcW w:type="dxa" w:w="1384"/>
          </w:tcPr>
          <w:p>
            <w:r>
              <w:t>[BELOPP] kr</w:t>
            </w:r>
          </w:p>
        </w:tc>
        <w:tc>
          <w:tcPr>
            <w:tcW w:type="dxa" w:w="1384"/>
          </w:tcPr>
          <w:p>
            <w:r>
              <w:t>[BELOPP] kr</w:t>
            </w:r>
          </w:p>
        </w:tc>
      </w:tr>
      <w:tr>
        <w:tc>
          <w:tcPr>
            <w:tcW w:type="dxa" w:w="1384"/>
          </w:tcPr>
          <w:p>
            <w:r>
              <w:t>[VARA ELLER TJÄNST]</w:t>
            </w:r>
          </w:p>
        </w:tc>
        <w:tc>
          <w:tcPr>
            <w:tcW w:type="dxa" w:w="1384"/>
          </w:tcPr>
          <w:p>
            <w:r>
              <w:t>[ANTAL]</w:t>
            </w:r>
          </w:p>
        </w:tc>
        <w:tc>
          <w:tcPr>
            <w:tcW w:type="dxa" w:w="1384"/>
          </w:tcPr>
          <w:p>
            <w:r>
              <w:t>[BELOPP] kr</w:t>
            </w:r>
          </w:p>
        </w:tc>
        <w:tc>
          <w:tcPr>
            <w:tcW w:type="dxa" w:w="1384"/>
          </w:tcPr>
          <w:p>
            <w:r>
              <w:t>[SATS] %</w:t>
            </w:r>
          </w:p>
        </w:tc>
        <w:tc>
          <w:tcPr>
            <w:tcW w:type="dxa" w:w="1384"/>
          </w:tcPr>
          <w:p>
            <w:r>
              <w:t>[BELOPP] kr</w:t>
            </w:r>
          </w:p>
        </w:tc>
        <w:tc>
          <w:tcPr>
            <w:tcW w:type="dxa" w:w="1384"/>
          </w:tcPr>
          <w:p>
            <w:r>
              <w:t>[BELOPP] kr</w:t>
            </w:r>
          </w:p>
        </w:tc>
      </w:tr>
    </w:tbl>
    <w:p/>
    <w:p>
      <w:r>
        <w:t>Summa exkl. moms: [BELOPP] kr</w:t>
      </w:r>
      <w:r>
        <w:br/>
      </w:r>
      <w:r>
        <w:t>Moms: [BELOPP] kr</w:t>
      </w:r>
      <w:r>
        <w:br/>
      </w:r>
      <w:r>
        <w:rPr>
          <w:b/>
        </w:rPr>
        <w:t>Totalt betalt: [BELOPP] kr</w:t>
      </w:r>
    </w:p>
    <w:p>
      <w:r>
        <w:t>Betalningssätt: [KONTANT / SWISH / KORT / ÖVERFÖRING]</w:t>
      </w:r>
      <w:r>
        <w:br/>
      </w:r>
      <w:r>
        <w:t>Referens: [ORDERNUMMER, FAKTURANUMMER ELLER SWISH-REFERENS]</w:t>
      </w:r>
    </w:p>
    <w:p>
      <w:pPr>
        <w:pStyle w:val="ListBullet"/>
      </w:pPr>
      <w:r>
        <w:t>[ ] Ingen moms: försäljningen är undantagen från skatteplikt enligt 18 kap. 4 § mervärdesskattelagen.</w:t>
      </w:r>
    </w:p>
    <w:p>
      <w:pPr>
        <w:pStyle w:val="ListBullet"/>
      </w:pPr>
      <w:r>
        <w:t>[ ] Ingen moms: försäljning mellan privatpersoner.</w:t>
      </w:r>
    </w:p>
    <w:p>
      <w:r>
        <w:t>Härmed intygas att beloppet ovan har tagits emot.</w:t>
      </w:r>
    </w:p>
    <w:p>
      <w:r>
        <w:t>[ORT], [DATUM]</w:t>
      </w:r>
    </w:p>
    <w:p>
      <w:r>
        <w:t>____________________</w:t>
      </w:r>
      <w:r>
        <w:br/>
      </w:r>
      <w:r>
        <w:t>[NAMN PÅ SÄLJAREN ELLER DEN SOM TOG EMOT BETALNINGEN]</w:t>
      </w:r>
    </w:p>
    <w:p>
      <w:pPr>
        <w:pStyle w:val="Heading2"/>
        <w:pageBreakBefore/>
      </w:pPr>
      <w:r>
        <w:t>För mig: innan jag lämnar kvittot</w:t>
      </w:r>
    </w:p>
    <w:p>
      <w:pPr>
        <w:pStyle w:val="ListBullet"/>
      </w:pPr>
      <w:r>
        <w:t>[ ] Kvittonumret följer på det förra, så att kvittot kan kopplas till bokföringen (5 kap. 7 § BFL)</w:t>
      </w:r>
    </w:p>
    <w:p>
      <w:pPr>
        <w:pStyle w:val="ListBullet"/>
      </w:pPr>
      <w:r>
        <w:t>[ ] Båda datumen ifyllda: när kvittot skrevs och när betalningen skedde (5 kap. 7 § BFL)</w:t>
      </w:r>
    </w:p>
    <w:p>
      <w:pPr>
        <w:pStyle w:val="ListBullet"/>
      </w:pPr>
      <w:r>
        <w:t>[ ] Vad betalningen avser, beloppet och motparten står med (5 kap. 7 § BFL)</w:t>
      </w:r>
    </w:p>
    <w:p>
      <w:pPr>
        <w:pStyle w:val="ListBullet"/>
      </w:pPr>
      <w:r>
        <w:t>[ ] Momsregistrerad: momsbeloppet utskrivet; kvitto som förenklad faktura bara upp till 4 000 kr inklusive moms (17 kap. 26 och 28 §§ ML)</w:t>
      </w:r>
    </w:p>
    <w:p>
      <w:pPr>
        <w:pStyle w:val="ListBullet"/>
      </w:pPr>
      <w:r>
        <w:t>[ ] Momsfri för liten omsättning: rutan om 18 kap. 4 § ML ikryssad</w:t>
      </w:r>
    </w:p>
    <w:p>
      <w:pPr>
        <w:pStyle w:val="ListBullet"/>
      </w:pPr>
      <w:r>
        <w:t>[ ] Köparen är ett företag och beloppet är högre: skriv en vanlig faktura (17 kap. 10 och 24 §§ ML)</w:t>
      </w:r>
    </w:p>
    <w:p>
      <w:pPr>
        <w:pStyle w:val="ListBullet"/>
      </w:pPr>
      <w:r>
        <w:t>[ ] Kopian sparas till och med sjunde året efter räkenskapsårets kalenderår (7 kap. 2 § BFL)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Kvitto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