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Följebrev till Försäkringskassan: bosättningsperioder i andra EU/EES-länder</w:t>
      </w:r>
    </w:p>
    <w:p>
      <w:r>
        <w:t>[ORT], [DATUM]</w:t>
      </w:r>
    </w:p>
    <w:p>
      <w:r>
        <w:t>Till:</w:t>
      </w:r>
      <w:r>
        <w:br/>
      </w:r>
      <w:r>
        <w:t>Försäkringskassan</w:t>
      </w:r>
      <w:r>
        <w:br/>
      </w:r>
      <w:r>
        <w:t>[ADRESS ENLIGT ANSÖKAN ELLER MINA SIDOR]</w:t>
      </w:r>
    </w:p>
    <w:p>
      <w:r>
        <w:t>Från:</w:t>
      </w:r>
      <w:r>
        <w:br/>
      </w:r>
      <w:r>
        <w:t>[FÖRNAMN OCH EFTERNAMN]</w:t>
      </w:r>
      <w:r>
        <w:br/>
      </w:r>
      <w:r>
        <w:t>Personnummer / samordningsnummer: [NUMMER]</w:t>
      </w:r>
      <w:r>
        <w:br/>
      </w:r>
      <w:r>
        <w:t>Adress: [ADRESS]</w:t>
      </w:r>
      <w:r>
        <w:br/>
      </w:r>
      <w:r>
        <w:t>Telefon / e-post: [TELEFON / E-POST]</w:t>
      </w:r>
    </w:p>
    <w:p>
      <w:r>
        <w:rPr>
          <w:b/>
        </w:rPr>
        <w:t>Ärende: Kvalificering för [FÖRMÅN, T.EX. BARNBIDRAG / BOSTADSBIDRAG / FÖRÄLDRAPENNING PÅ GRUNDNIVÅ] — bosättning i andra EU/EES-länder</w:t>
      </w:r>
    </w:p>
    <w:p>
      <w:r>
        <w:t>Jag har den [DATUM] ansökt om [FÖRMÅN] från och med [DATUM]. Jag bosatte mig i Sverige den [DATUM].</w:t>
      </w:r>
    </w:p>
    <w:p>
      <w:r>
        <w:t>Enligt 5 kap. 11 a och 11 b §§ socialförsäkringsbalken ska jag ha varit bosatt i fem år inom femton år räknat från den dag ansökan gäller. Jag ber att Försäkringskassan räknar med mina bosättningsperioder i andra medlemsstater enligt artikel 6 i förordning (EG) nr 883/2004 och vid behov begär uppgifter från institutionerna i dessa länder enligt artikel 12 i förordning (EG) nr 987/2009.</w:t>
      </w:r>
    </w:p>
    <w:p>
      <w:r>
        <w:t>Mina bosättningsperioder under de senaste femton åren: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076"/>
        <w:gridCol w:w="2076"/>
        <w:gridCol w:w="2076"/>
        <w:gridCol w:w="2076"/>
      </w:tblGrid>
      <w:tr>
        <w:tc>
          <w:tcPr>
            <w:tcW w:type="dxa" w:w="2076"/>
          </w:tcPr>
          <w:p>
            <w:r>
              <w:rPr>
                <w:b/>
              </w:rPr>
              <w:t>Land</w:t>
            </w:r>
          </w:p>
        </w:tc>
        <w:tc>
          <w:tcPr>
            <w:tcW w:type="dxa" w:w="2076"/>
          </w:tcPr>
          <w:p>
            <w:r>
              <w:rPr>
                <w:b/>
              </w:rPr>
              <w:t>Från</w:t>
            </w:r>
          </w:p>
        </w:tc>
        <w:tc>
          <w:tcPr>
            <w:tcW w:type="dxa" w:w="2076"/>
          </w:tcPr>
          <w:p>
            <w:r>
              <w:rPr>
                <w:b/>
              </w:rPr>
              <w:t>Till</w:t>
            </w:r>
          </w:p>
        </w:tc>
        <w:tc>
          <w:tcPr>
            <w:tcW w:type="dxa" w:w="2076"/>
          </w:tcPr>
          <w:p>
            <w:r>
              <w:rPr>
                <w:b/>
              </w:rPr>
              <w:t>Underlag som bifogas</w:t>
            </w:r>
          </w:p>
        </w:tc>
      </w:tr>
      <w:tr>
        <w:tc>
          <w:tcPr>
            <w:tcW w:type="dxa" w:w="2076"/>
          </w:tcPr>
          <w:p>
            <w:r>
              <w:t>Sverige</w:t>
            </w:r>
          </w:p>
        </w:tc>
        <w:tc>
          <w:tcPr>
            <w:tcW w:type="dxa" w:w="2076"/>
          </w:tcPr>
          <w:p>
            <w:r>
              <w:t>[DATUM]</w:t>
            </w:r>
          </w:p>
        </w:tc>
        <w:tc>
          <w:tcPr>
            <w:tcW w:type="dxa" w:w="2076"/>
          </w:tcPr>
          <w:p>
            <w:r>
              <w:t>[DATUM]</w:t>
            </w:r>
          </w:p>
        </w:tc>
        <w:tc>
          <w:tcPr>
            <w:tcW w:type="dxa" w:w="2076"/>
          </w:tcPr>
          <w:p>
            <w:r>
              <w:t>[T.EX. FOLKBOKFÖRING]</w:t>
            </w:r>
          </w:p>
        </w:tc>
      </w:tr>
      <w:tr>
        <w:tc>
          <w:tcPr>
            <w:tcW w:type="dxa" w:w="2076"/>
          </w:tcPr>
          <w:p>
            <w:r>
              <w:t>[LAND]</w:t>
            </w:r>
          </w:p>
        </w:tc>
        <w:tc>
          <w:tcPr>
            <w:tcW w:type="dxa" w:w="2076"/>
          </w:tcPr>
          <w:p>
            <w:r>
              <w:t>[DATUM]</w:t>
            </w:r>
          </w:p>
        </w:tc>
        <w:tc>
          <w:tcPr>
            <w:tcW w:type="dxa" w:w="2076"/>
          </w:tcPr>
          <w:p>
            <w:r>
              <w:t>[DATUM]</w:t>
            </w:r>
          </w:p>
        </w:tc>
        <w:tc>
          <w:tcPr>
            <w:tcW w:type="dxa" w:w="2076"/>
          </w:tcPr>
          <w:p>
            <w:r>
              <w:t>[T.EX. INTYG OM FOLKBOKFÖRING / FÖRSÄKRINGSINTYG]</w:t>
            </w:r>
          </w:p>
        </w:tc>
      </w:tr>
      <w:tr>
        <w:tc>
          <w:tcPr>
            <w:tcW w:type="dxa" w:w="2076"/>
          </w:tcPr>
          <w:p>
            <w:r>
              <w:t>[LAND]</w:t>
            </w:r>
          </w:p>
        </w:tc>
        <w:tc>
          <w:tcPr>
            <w:tcW w:type="dxa" w:w="2076"/>
          </w:tcPr>
          <w:p>
            <w:r>
              <w:t>[DATUM]</w:t>
            </w:r>
          </w:p>
        </w:tc>
        <w:tc>
          <w:tcPr>
            <w:tcW w:type="dxa" w:w="2076"/>
          </w:tcPr>
          <w:p>
            <w:r>
              <w:t>[DATUM]</w:t>
            </w:r>
          </w:p>
        </w:tc>
        <w:tc>
          <w:tcPr>
            <w:tcW w:type="dxa" w:w="2076"/>
          </w:tcPr>
          <w:p>
            <w:r>
              <w:t>[UNDERLAG]</w:t>
            </w:r>
          </w:p>
        </w:tc>
      </w:tr>
    </w:tbl>
    <w:p/>
    <w:p>
      <w:r>
        <w:t>Sammanlagt: [ANTAL] år och [ANTAL] månader.</w:t>
      </w:r>
    </w:p>
    <w:p>
      <w:r>
        <w:t>Institution i det andra landet som kan bekräfta perioderna: [NAMN PÅ INSTITUTION], [LAND], mitt nummer där: [NUMMER].</w:t>
      </w:r>
    </w:p>
    <w:p>
      <w:r>
        <w:t>( ) Jag uppfyller också villkoret om inkomst (5 kap. 11 c §): lön från [ARBETSGIVARE] med [BELOPP] kr per månad sedan [MÅNAD ÅR]. Lönebesked bifogas.</w:t>
      </w:r>
      <w:r>
        <w:br/>
      </w:r>
      <w:r>
        <w:t>( ) Om kravet inte anses uppfyllt ber jag att Försäkringskassan prövar om det finns synnerliga skäl (5 kap. 19 §): [BESKRIV KORT].</w:t>
      </w:r>
    </w:p>
    <w:p>
      <w:r>
        <w:t>Med vänlig hälsning</w:t>
      </w:r>
    </w:p>
    <w:p>
      <w:r>
        <w:t>[FÖRNAMN OCH EFTERNAMN]</w:t>
      </w:r>
      <w:r>
        <w:br/>
      </w:r>
      <w:r>
        <w:t>Underskrift: ____________________</w:t>
      </w:r>
    </w:p>
    <w:p>
      <w:r>
        <w:t>Bilagor: [LISTA ÖVER INTYG OCH KOPIOR]</w:t>
      </w:r>
    </w:p>
    <w:p>
      <w:pPr>
        <w:pStyle w:val="Heading2"/>
        <w:pageBreakBefore/>
      </w:pPr>
      <w:r>
        <w:t>För mig själv</w:t>
      </w:r>
    </w:p>
    <w:p>
      <w:pPr>
        <w:pStyle w:val="ListBullet"/>
      </w:pPr>
      <w:r>
        <w:t>[ ] Datum för bosättning i Sverige: [DATUM] (före 1 januari 2027 gäller äldre regler)</w:t>
      </w:r>
    </w:p>
    <w:p>
      <w:pPr>
        <w:pStyle w:val="ListBullet"/>
      </w:pPr>
      <w:r>
        <w:t>[ ] Skickat den [DATUM], kopia sparad</w:t>
      </w:r>
    </w:p>
    <w:p>
      <w:pPr>
        <w:pStyle w:val="ListBullet"/>
      </w:pPr>
      <w:r>
        <w:t>[ ] Beslut mottaget den [DATUM]; omprövning senast två månader därefter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Följebrev till Försäkringskassan: bosättningsperioder i andra EU/EES-länder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