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Jämkning: beräkningsunderlag och meddelande till arbetsgivaren</w:t>
      </w:r>
    </w:p>
    <w:p>
      <w:r>
        <w:t>Del 1 fyller du i innan du ansöker om jämkning i e-tjänsten Jämkning eller på Skatteverkets blankett SKV 4302. Del 2 lämnar du till arbetsgivaren när du har fått beslutet.</w:t>
      </w:r>
    </w:p>
    <w:p>
      <w:pPr>
        <w:pStyle w:val="Heading2"/>
      </w:pPr>
      <w:r>
        <w:t>Del 1. Beräkningsunderlag för inkomstår [ÅR]</w:t>
      </w:r>
    </w:p>
    <w:p>
      <w:r>
        <w:t>Namn: [FÖRNAMN OCH EFTERNAMN]</w:t>
      </w:r>
      <w:r>
        <w:br/>
      </w:r>
      <w:r>
        <w:t>Personnummer: [PERSONNUMMER, 12 SIFFROR]</w:t>
      </w:r>
      <w:r>
        <w:br/>
      </w:r>
      <w:r>
        <w:t>Datum för beräkningen: [DATUM]</w:t>
      </w:r>
    </w:p>
    <w:p>
      <w:r>
        <w:rPr>
          <w:b/>
        </w:rPr>
        <w:t>Inkomster före skatt under hela året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769"/>
        <w:gridCol w:w="2769"/>
        <w:gridCol w:w="2769"/>
      </w:tblGrid>
      <w:tr>
        <w:tc>
          <w:tcPr>
            <w:tcW w:type="dxa" w:w="2769"/>
          </w:tcPr>
          <w:p>
            <w:r>
              <w:rPr>
                <w:b/>
              </w:rPr>
              <w:t>Inkomst</w:t>
            </w:r>
          </w:p>
        </w:tc>
        <w:tc>
          <w:tcPr>
            <w:tcW w:type="dxa" w:w="2769"/>
          </w:tcPr>
          <w:p>
            <w:r>
              <w:rPr>
                <w:b/>
              </w:rPr>
              <w:t>Utbetalare</w:t>
            </w:r>
          </w:p>
        </w:tc>
        <w:tc>
          <w:tcPr>
            <w:tcW w:type="dxa" w:w="2769"/>
          </w:tcPr>
          <w:p>
            <w:r>
              <w:rPr>
                <w:b/>
              </w:rPr>
              <w:t>Belopp jan–dec (kr)</w:t>
            </w:r>
          </w:p>
        </w:tc>
      </w:tr>
      <w:tr>
        <w:tc>
          <w:tcPr>
            <w:tcW w:type="dxa" w:w="2769"/>
          </w:tcPr>
          <w:p>
            <w:r>
              <w:t>Lön, huvudinkomst</w:t>
            </w:r>
          </w:p>
        </w:tc>
        <w:tc>
          <w:tcPr>
            <w:tcW w:type="dxa" w:w="2769"/>
          </w:tcPr>
          <w:p>
            <w:r>
              <w:t>[ARBETSGIVARE]</w:t>
            </w:r>
          </w:p>
        </w:tc>
        <w:tc>
          <w:tcPr>
            <w:tcW w:type="dxa" w:w="2769"/>
          </w:tcPr>
          <w:p>
            <w:r>
              <w:t>[BELOPP]</w:t>
            </w:r>
          </w:p>
        </w:tc>
      </w:tr>
      <w:tr>
        <w:tc>
          <w:tcPr>
            <w:tcW w:type="dxa" w:w="2769"/>
          </w:tcPr>
          <w:p>
            <w:r>
              <w:t>Lön, extrajobb</w:t>
            </w:r>
          </w:p>
        </w:tc>
        <w:tc>
          <w:tcPr>
            <w:tcW w:type="dxa" w:w="2769"/>
          </w:tcPr>
          <w:p>
            <w:r>
              <w:t>[UTBETALARE]</w:t>
            </w:r>
          </w:p>
        </w:tc>
        <w:tc>
          <w:tcPr>
            <w:tcW w:type="dxa" w:w="2769"/>
          </w:tcPr>
          <w:p>
            <w:r>
              <w:t>[BELOPP]</w:t>
            </w:r>
          </w:p>
        </w:tc>
      </w:tr>
      <w:tr>
        <w:tc>
          <w:tcPr>
            <w:tcW w:type="dxa" w:w="2769"/>
          </w:tcPr>
          <w:p>
            <w:r>
              <w:t>Pension / ersättning</w:t>
            </w:r>
          </w:p>
        </w:tc>
        <w:tc>
          <w:tcPr>
            <w:tcW w:type="dxa" w:w="2769"/>
          </w:tcPr>
          <w:p>
            <w:r>
              <w:t>[UTBETALARE]</w:t>
            </w:r>
          </w:p>
        </w:tc>
        <w:tc>
          <w:tcPr>
            <w:tcW w:type="dxa" w:w="2769"/>
          </w:tcPr>
          <w:p>
            <w:r>
              <w:t>[BELOPP]</w:t>
            </w:r>
          </w:p>
        </w:tc>
      </w:tr>
      <w:tr>
        <w:tc>
          <w:tcPr>
            <w:tcW w:type="dxa" w:w="2769"/>
          </w:tcPr>
          <w:p>
            <w:r>
              <w:t>Övriga inkomster</w:t>
            </w:r>
          </w:p>
        </w:tc>
        <w:tc>
          <w:tcPr>
            <w:tcW w:type="dxa" w:w="2769"/>
          </w:tcPr>
          <w:p>
            <w:r>
              <w:t>[VAD]</w:t>
            </w:r>
          </w:p>
        </w:tc>
        <w:tc>
          <w:tcPr>
            <w:tcW w:type="dxa" w:w="2769"/>
          </w:tcPr>
          <w:p>
            <w:r>
              <w:t>[BELOPP]</w:t>
            </w:r>
          </w:p>
        </w:tc>
      </w:tr>
      <w:tr>
        <w:tc>
          <w:tcPr>
            <w:tcW w:type="dxa" w:w="2769"/>
          </w:tcPr>
          <w:p>
            <w:r>
              <w:rPr>
                <w:b/>
              </w:rPr>
              <w:t>Summa</w:t>
            </w:r>
          </w:p>
        </w:tc>
        <w:tc>
          <w:tcPr>
            <w:tcW w:type="dxa" w:w="2769"/>
          </w:tcPr>
          <w:p/>
        </w:tc>
        <w:tc>
          <w:tcPr>
            <w:tcW w:type="dxa" w:w="2769"/>
          </w:tcPr>
          <w:p>
            <w:r>
              <w:t>[SUMMA]</w:t>
            </w:r>
          </w:p>
        </w:tc>
      </w:tr>
    </w:tbl>
    <w:p/>
    <w:p>
      <w:r>
        <w:rPr>
          <w:b/>
        </w:rPr>
        <w:t>Avdrag du räknar med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769"/>
        <w:gridCol w:w="2769"/>
        <w:gridCol w:w="2769"/>
      </w:tblGrid>
      <w:tr>
        <w:tc>
          <w:tcPr>
            <w:tcW w:type="dxa" w:w="2769"/>
          </w:tcPr>
          <w:p>
            <w:r>
              <w:rPr>
                <w:b/>
              </w:rPr>
              <w:t>Avdrag</w:t>
            </w:r>
          </w:p>
        </w:tc>
        <w:tc>
          <w:tcPr>
            <w:tcW w:type="dxa" w:w="2769"/>
          </w:tcPr>
          <w:p>
            <w:r>
              <w:rPr>
                <w:b/>
              </w:rPr>
              <w:t>Underlag</w:t>
            </w:r>
          </w:p>
        </w:tc>
        <w:tc>
          <w:tcPr>
            <w:tcW w:type="dxa" w:w="2769"/>
          </w:tcPr>
          <w:p>
            <w:r>
              <w:rPr>
                <w:b/>
              </w:rPr>
              <w:t>Belopp (kr)</w:t>
            </w:r>
          </w:p>
        </w:tc>
      </w:tr>
      <w:tr>
        <w:tc>
          <w:tcPr>
            <w:tcW w:type="dxa" w:w="2769"/>
          </w:tcPr>
          <w:p>
            <w:r>
              <w:t>Resor till och från arbetet</w:t>
            </w:r>
          </w:p>
        </w:tc>
        <w:tc>
          <w:tcPr>
            <w:tcW w:type="dxa" w:w="2769"/>
          </w:tcPr>
          <w:p>
            <w:r>
              <w:t>[STRÄCKA, ANTAL DAGAR]</w:t>
            </w:r>
          </w:p>
        </w:tc>
        <w:tc>
          <w:tcPr>
            <w:tcW w:type="dxa" w:w="2769"/>
          </w:tcPr>
          <w:p>
            <w:r>
              <w:t>[BELOPP]</w:t>
            </w:r>
          </w:p>
        </w:tc>
      </w:tr>
      <w:tr>
        <w:tc>
          <w:tcPr>
            <w:tcW w:type="dxa" w:w="2769"/>
          </w:tcPr>
          <w:p>
            <w:r>
              <w:t>Ränteutgifter</w:t>
            </w:r>
          </w:p>
        </w:tc>
        <w:tc>
          <w:tcPr>
            <w:tcW w:type="dxa" w:w="2769"/>
          </w:tcPr>
          <w:p>
            <w:r>
              <w:t>[LÅN, KONTROLLERA DE NYA KRAVEN FÖR 2026]</w:t>
            </w:r>
          </w:p>
        </w:tc>
        <w:tc>
          <w:tcPr>
            <w:tcW w:type="dxa" w:w="2769"/>
          </w:tcPr>
          <w:p>
            <w:r>
              <w:t>[BELOPP]</w:t>
            </w:r>
          </w:p>
        </w:tc>
      </w:tr>
      <w:tr>
        <w:tc>
          <w:tcPr>
            <w:tcW w:type="dxa" w:w="2769"/>
          </w:tcPr>
          <w:p>
            <w:r>
              <w:t>Dubbel bosättning / andra avdrag</w:t>
            </w:r>
          </w:p>
        </w:tc>
        <w:tc>
          <w:tcPr>
            <w:tcW w:type="dxa" w:w="2769"/>
          </w:tcPr>
          <w:p>
            <w:r>
              <w:t>[VAD]</w:t>
            </w:r>
          </w:p>
        </w:tc>
        <w:tc>
          <w:tcPr>
            <w:tcW w:type="dxa" w:w="2769"/>
          </w:tcPr>
          <w:p>
            <w:r>
              <w:t>[BELOPP]</w:t>
            </w:r>
          </w:p>
        </w:tc>
      </w:tr>
      <w:tr>
        <w:tc>
          <w:tcPr>
            <w:tcW w:type="dxa" w:w="2769"/>
          </w:tcPr>
          <w:p>
            <w:r>
              <w:rPr>
                <w:b/>
              </w:rPr>
              <w:t>Summa</w:t>
            </w:r>
          </w:p>
        </w:tc>
        <w:tc>
          <w:tcPr>
            <w:tcW w:type="dxa" w:w="2769"/>
          </w:tcPr>
          <w:p/>
        </w:tc>
        <w:tc>
          <w:tcPr>
            <w:tcW w:type="dxa" w:w="2769"/>
          </w:tcPr>
          <w:p>
            <w:r>
              <w:t>[SUMMA]</w:t>
            </w:r>
          </w:p>
        </w:tc>
      </w:tr>
    </w:tbl>
    <w:p/>
    <w:p>
      <w:r>
        <w:t>Skatt som dragits hittills i år: [BELOPP] kr</w:t>
      </w:r>
      <w:r>
        <w:br/>
      </w:r>
      <w:r>
        <w:t>Beräknad slutlig skatt enligt e-tjänsten Räkna ut din skatt: [BELOPP] kr</w:t>
      </w:r>
      <w:r>
        <w:br/>
      </w:r>
      <w:r>
        <w:t>Skillnad (kvarskatt eller återbäring om inget görs): [BELOPP] kr</w:t>
      </w:r>
    </w:p>
    <w:p>
      <w:r>
        <w:t>Varför jag ansöker: [T.EX. RÄNTEUTGIFTER, FLERA UTBETALARE, PENDLING]</w:t>
      </w:r>
    </w:p>
    <w:p>
      <w:r>
        <w:t>Ansökan skickad: [DATUM] ( ) e-tjänsten Jämkning ( ) blankett SKV 4302</w:t>
      </w:r>
    </w:p>
    <w:p>
      <w:pPr>
        <w:pStyle w:val="Heading2"/>
      </w:pPr>
      <w:r>
        <w:t>Del 2. Meddelande till arbetsgivaren</w:t>
      </w:r>
    </w:p>
    <w:p>
      <w:r>
        <w:t>[ORT], [DATUM]</w:t>
      </w:r>
    </w:p>
    <w:p>
      <w:r>
        <w:t>Till: [ARBETSGIVARENS NAMN], löneavdelningen</w:t>
      </w:r>
      <w:r>
        <w:br/>
      </w:r>
      <w:r>
        <w:t>Från: [FÖRNAMN OCH EFTERNAMN], anställningsnummer [NUMMER]</w:t>
      </w:r>
    </w:p>
    <w:p>
      <w:r>
        <w:rPr>
          <w:b/>
        </w:rPr>
        <w:t>Ändrat skatteavdrag: beslut om jämkning</w:t>
      </w:r>
    </w:p>
    <w:p>
      <w:r>
        <w:t>Jag har fått Skatteverkets beslut om jämkning (särskild beräkningsgrund) daterat [DATUM]. Enligt beslutet ska ni som huvudutbetalare dra skatt med [PROCENT] % från och med [MÅNAD]. Beslutet gäller till och med [DATUM, SOM LÄNGST ÅRETS SLUT].</w:t>
      </w:r>
    </w:p>
    <w:p>
      <w:r>
        <w:t>Enligt 11 kap. 27 § skatteförfarandelagen ska utbetalaren följa beslutet senast två veckor efter att ha fått del av det.</w:t>
      </w:r>
    </w:p>
    <w:p>
      <w:r>
        <w:t>Bilaga: kopia av beslutet.</w:t>
      </w:r>
    </w:p>
    <w:p>
      <w:r>
        <w:t>Med vänlig hälsning</w:t>
      </w:r>
    </w:p>
    <w:p>
      <w:r>
        <w:t>[FÖRNAMN OCH EFTERNAMN]</w:t>
      </w:r>
      <w:r>
        <w:br/>
      </w:r>
      <w:r>
        <w:t>Underskrift: ____________________</w:t>
      </w:r>
    </w:p>
    <w:p>
      <w:r>
        <w:t>Mottaget den ___/___/______ av: ____________________</w:t>
      </w:r>
    </w:p>
    <w:p>
      <w:pPr>
        <w:pStyle w:val="Heading2"/>
        <w:pageBreakBefore/>
      </w:pPr>
      <w:r>
        <w:t>För mig själv</w:t>
      </w:r>
    </w:p>
    <w:p>
      <w:pPr>
        <w:pStyle w:val="ListBullet"/>
      </w:pPr>
      <w:r>
        <w:t>[ ] Ansökan för i år senast 30 november [ÅR]</w:t>
      </w:r>
    </w:p>
    <w:p>
      <w:pPr>
        <w:pStyle w:val="ListBullet"/>
      </w:pPr>
      <w:r>
        <w:t>[ ] Beslutet kom: [DATUM]; lämnat till arbetsgivaren: [DATUM]</w:t>
      </w:r>
    </w:p>
    <w:p>
      <w:pPr>
        <w:pStyle w:val="ListBullet"/>
      </w:pPr>
      <w:r>
        <w:t>[ ] Andra utbetalare informerade om att dra 30 %: [VILKA]</w:t>
      </w:r>
    </w:p>
    <w:p>
      <w:pPr>
        <w:pStyle w:val="ListBullet"/>
      </w:pPr>
      <w:r>
        <w:t>[ ] Ny ansökan om inkomsterna ändras under året</w:t>
      </w:r>
    </w:p>
    <w:p>
      <w:pPr>
        <w:pStyle w:val="ListBullet"/>
      </w:pPr>
      <w:r>
        <w:t>[ ] Deklarera som vanligt: uppgifterna i jämkningen följer inte med till deklarationen</w:t>
      </w:r>
    </w:p>
    <w:sectPr w:rsidR="00FC693F" w:rsidRPr="0006063C" w:rsidSect="00034616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cs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="Arial" w:hAnsi="Arial" w:cs="Arial" w:eastAsia="Arial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Arial" w:hAnsi="Arial" w:cs="Arial" w:eastAsia="Arial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Arial" w:hAnsi="Arial" w:cs="Arial" w:eastAsia="Arial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Jämkning: beräkningsunderlag och meddelande till arbetsgivaren</dc:title>
  <dc:subject/>
  <dc:creator>Layers (layers.md)</dc:creator>
  <cp:keywords/>
  <dc:description>CC BY 4.0 · © Layers (layers.md)</dc:description>
  <cp:lastModifiedBy/>
  <cp:revision>1</cp:revision>
  <dcterms:created xsi:type="dcterms:W3CDTF">2026-10-29T00:00:00Z</dcterms:created>
  <dcterms:modified xsi:type="dcterms:W3CDTF">2026-10-29T00:00:00Z</dcterms:modified>
  <cp:category/>
</cp:coreProperties>
</file>