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Request for a corrected Form W-2</w:t>
      </w:r>
    </w:p>
    <w:p>
      <w:r>
        <w:t>[YOUR FULL NAME]</w:t>
      </w:r>
      <w:r>
        <w:br/>
      </w:r>
      <w:r>
        <w:t>[ADDRESS] · [PHONE] · [EMAIL]</w:t>
      </w:r>
      <w:r>
        <w:br/>
      </w:r>
      <w:r>
        <w:t>Employee ID: [NUMBER, IF ANY]</w:t>
      </w:r>
    </w:p>
    <w:p>
      <w:r>
        <w:t>To: [EMPLOYER NAME], Payroll / Human Resources</w:t>
      </w:r>
      <w:r>
        <w:br/>
      </w:r>
      <w:r>
        <w:t>[EMPLOYER ADDRESS OR EMAIL]</w:t>
      </w:r>
    </w:p>
    <w:p>
      <w:r>
        <w:t>[DATE]</w:t>
      </w:r>
    </w:p>
    <w:p>
      <w:r>
        <w:rPr>
          <w:b/>
        </w:rPr>
        <w:t>Subject: Corrected Form W-2 for tax year [YEAR]</w:t>
      </w:r>
    </w:p>
    <w:p>
      <w:r>
        <w:t>I received my Form W-2 for [YEAR] on [DATE]. It has the following errors: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Box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Shown on my W-2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Correct amount or information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Proof</w:t>
            </w:r>
          </w:p>
        </w:tc>
      </w:tr>
      <w:tr>
        <w:tc>
          <w:tcPr>
            <w:tcW w:type="dxa" w:w="2160"/>
          </w:tcPr>
          <w:p>
            <w:r>
              <w:t>[BOX NUMBER AND NAME]</w:t>
            </w:r>
          </w:p>
        </w:tc>
        <w:tc>
          <w:tcPr>
            <w:tcW w:type="dxa" w:w="2160"/>
          </w:tcPr>
          <w:p>
            <w:r>
              <w:t>[WHAT IT SAYS]</w:t>
            </w:r>
          </w:p>
        </w:tc>
        <w:tc>
          <w:tcPr>
            <w:tcW w:type="dxa" w:w="2160"/>
          </w:tcPr>
          <w:p>
            <w:r>
              <w:t>[WHAT IT SHOULD SAY]</w:t>
            </w:r>
          </w:p>
        </w:tc>
        <w:tc>
          <w:tcPr>
            <w:tcW w:type="dxa" w:w="2160"/>
          </w:tcPr>
          <w:p>
            <w:r>
              <w:t>[PAY STUB OF …, FINAL PAY STUB]</w:t>
            </w:r>
          </w:p>
        </w:tc>
      </w:tr>
      <w:tr>
        <w:tc>
          <w:tcPr>
            <w:tcW w:type="dxa" w:w="2160"/>
          </w:tcPr>
          <w:p>
            <w:r>
              <w:t>[BOX NUMBER AND NAME]</w:t>
            </w:r>
          </w:p>
        </w:tc>
        <w:tc>
          <w:tcPr>
            <w:tcW w:type="dxa" w:w="2160"/>
          </w:tcPr>
          <w:p>
            <w:r>
              <w:t>[WHAT IT SAYS]</w:t>
            </w:r>
          </w:p>
        </w:tc>
        <w:tc>
          <w:tcPr>
            <w:tcW w:type="dxa" w:w="2160"/>
          </w:tcPr>
          <w:p>
            <w:r>
              <w:t>[WHAT IT SHOULD SAY]</w:t>
            </w:r>
          </w:p>
        </w:tc>
        <w:tc>
          <w:tcPr>
            <w:tcW w:type="dxa" w:w="2160"/>
          </w:tcPr>
          <w:p>
            <w:r>
              <w:t>[PROOF]</w:t>
            </w:r>
          </w:p>
        </w:tc>
      </w:tr>
    </w:tbl>
    <w:p/>
    <w:p>
      <w:r>
        <w:t>Please send me a corrected Form W-2 by [DATE] to the address or email above.</w:t>
      </w:r>
    </w:p>
    <w:p>
      <w:r>
        <w:t>If I do not have it by the end of February, I will contact the IRS, as the IRS advises.</w:t>
      </w:r>
    </w:p>
    <w:p>
      <w:r>
        <w:t>Sincerely,</w:t>
      </w:r>
    </w:p>
    <w:p>
      <w:r>
        <w:t>[YOUR FULL NAME]</w:t>
      </w:r>
      <w:r>
        <w:br/>
      </w:r>
      <w:r>
        <w:t>Signature: ____________________</w:t>
      </w:r>
    </w:p>
    <w:p>
      <w:pPr>
        <w:pStyle w:val="Heading2"/>
        <w:pageBreakBefore/>
      </w:pPr>
      <w:r>
        <w:t>For me: if the correction does not come</w:t>
      </w:r>
    </w:p>
    <w:p>
      <w:pPr>
        <w:pStyle w:val="ListBullet"/>
      </w:pPr>
      <w:r>
        <w:t>[ ] Asked the employer on [DATE], by [EMAIL / LETTER / IN PERSON]</w:t>
      </w:r>
    </w:p>
    <w:p>
      <w:pPr>
        <w:pStyle w:val="ListBullet"/>
      </w:pPr>
      <w:r>
        <w:t>[ ] End of February passed — called the IRS at 800-829-1040 on [DATE]</w:t>
      </w:r>
    </w:p>
    <w:p>
      <w:pPr>
        <w:pStyle w:val="ListBullet"/>
      </w:pPr>
      <w:r>
        <w:t>[ ] Ready for the call: name, address with ZIP code, date of birth, SSN or ITIN, employer name, address, phone and EIN if I have it, dates I worked there</w:t>
      </w:r>
    </w:p>
    <w:p>
      <w:pPr>
        <w:pStyle w:val="ListBullet"/>
      </w:pPr>
      <w:r>
        <w:t>[ ] If still missing at filing time: Form 4852 with wages and withholding estimated from my final pay stub</w:t>
      </w:r>
    </w:p>
    <w:p>
      <w:pPr>
        <w:pStyle w:val="ListBullet"/>
      </w:pPr>
      <w:r>
        <w:t>[ ] If the corrected W-2 arrives after I file and numbers differ: Form 1040-X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a corrected Form W-2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