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Income tax return preparation sheet, Y/A 2025/2026</w:t>
      </w:r>
    </w:p>
    <w:p>
      <w:r>
        <w:t>Period: 1 April 2025 to 31 March 2026</w:t>
      </w:r>
      <w:r>
        <w:br/>
      </w:r>
      <w:r>
        <w:t>Name: [FULL NAME] · TIN: [TIN]</w:t>
      </w:r>
    </w:p>
    <w:p>
      <w:r>
        <w:rPr>
          <w:b/>
        </w:rPr>
        <w:t>Do I need to file?</w:t>
      </w:r>
    </w:p>
    <w:p>
      <w:pPr>
        <w:pStyle w:val="ListBullet"/>
      </w:pPr>
      <w:r>
        <w:t>[ ] Only employment income, fully subject to APIT, no instalments or final tax due: not required, unless IRD has opened a file for me</w:t>
      </w:r>
    </w:p>
    <w:p>
      <w:pPr>
        <w:pStyle w:val="ListBullet"/>
      </w:pPr>
      <w:r>
        <w:t>[ ] Same, with interest of Rs. 5,000 or less: not required, unless IRD has opened a file for me</w:t>
      </w:r>
    </w:p>
    <w:p>
      <w:pPr>
        <w:pStyle w:val="ListBullet"/>
      </w:pPr>
      <w:r>
        <w:t>[ ] Anything else: I file</w:t>
      </w:r>
    </w:p>
    <w:p>
      <w:r>
        <w:rPr>
          <w:b/>
        </w:rPr>
        <w:t>My income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076"/>
        <w:gridCol w:w="2076"/>
        <w:gridCol w:w="2076"/>
        <w:gridCol w:w="2076"/>
      </w:tblGrid>
      <w:tr>
        <w:tc>
          <w:tcPr>
            <w:tcW w:type="dxa" w:w="2076"/>
          </w:tcPr>
          <w:p>
            <w:r>
              <w:rPr>
                <w:b/>
              </w:rPr>
              <w:t>Source</w:t>
            </w:r>
          </w:p>
        </w:tc>
        <w:tc>
          <w:tcPr>
            <w:tcW w:type="dxa" w:w="2076"/>
          </w:tcPr>
          <w:p>
            <w:r>
              <w:rPr>
                <w:b/>
              </w:rPr>
              <w:t>Schedule</w:t>
            </w:r>
          </w:p>
        </w:tc>
        <w:tc>
          <w:tcPr>
            <w:tcW w:type="dxa" w:w="2076"/>
          </w:tcPr>
          <w:p>
            <w:r>
              <w:rPr>
                <w:b/>
              </w:rPr>
              <w:t>Amount (Rs.)</w:t>
            </w:r>
          </w:p>
        </w:tc>
        <w:tc>
          <w:tcPr>
            <w:tcW w:type="dxa" w:w="2076"/>
          </w:tcPr>
          <w:p>
            <w:r>
              <w:rPr>
                <w:b/>
              </w:rPr>
              <w:t>Paper I hold</w:t>
            </w:r>
          </w:p>
        </w:tc>
      </w:tr>
      <w:tr>
        <w:tc>
          <w:tcPr>
            <w:tcW w:type="dxa" w:w="2076"/>
          </w:tcPr>
          <w:p>
            <w:r>
              <w:t>Employment</w:t>
            </w:r>
          </w:p>
        </w:tc>
        <w:tc>
          <w:tcPr>
            <w:tcW w:type="dxa" w:w="2076"/>
          </w:tcPr>
          <w:p>
            <w:r>
              <w:t>1</w:t>
            </w:r>
          </w:p>
        </w:tc>
        <w:tc>
          <w:tcPr>
            <w:tcW w:type="dxa" w:w="2076"/>
          </w:tcPr>
          <w:p>
            <w:r>
              <w:t>[AMOUNT]</w:t>
            </w:r>
          </w:p>
        </w:tc>
        <w:tc>
          <w:tcPr>
            <w:tcW w:type="dxa" w:w="2076"/>
          </w:tcPr>
          <w:p>
            <w:r>
              <w:t>[FROM EMPLOYER]</w:t>
            </w:r>
          </w:p>
        </w:tc>
      </w:tr>
      <w:tr>
        <w:tc>
          <w:tcPr>
            <w:tcW w:type="dxa" w:w="2076"/>
          </w:tcPr>
          <w:p>
            <w:r>
              <w:t>Business</w:t>
            </w:r>
          </w:p>
        </w:tc>
        <w:tc>
          <w:tcPr>
            <w:tcW w:type="dxa" w:w="2076"/>
          </w:tcPr>
          <w:p>
            <w:r>
              <w:t>2</w:t>
            </w:r>
          </w:p>
        </w:tc>
        <w:tc>
          <w:tcPr>
            <w:tcW w:type="dxa" w:w="2076"/>
          </w:tcPr>
          <w:p>
            <w:r>
              <w:t>[AMOUNT]</w:t>
            </w:r>
          </w:p>
        </w:tc>
        <w:tc>
          <w:tcPr>
            <w:tcW w:type="dxa" w:w="2076"/>
          </w:tcPr>
          <w:p>
            <w:r>
              <w:t>[ACCOUNTS]</w:t>
            </w:r>
          </w:p>
        </w:tc>
      </w:tr>
      <w:tr>
        <w:tc>
          <w:tcPr>
            <w:tcW w:type="dxa" w:w="2076"/>
          </w:tcPr>
          <w:p>
            <w:r>
              <w:t>Investment, including interest and rent</w:t>
            </w:r>
          </w:p>
        </w:tc>
        <w:tc>
          <w:tcPr>
            <w:tcW w:type="dxa" w:w="2076"/>
          </w:tcPr>
          <w:p>
            <w:r>
              <w:t>3</w:t>
            </w:r>
          </w:p>
        </w:tc>
        <w:tc>
          <w:tcPr>
            <w:tcW w:type="dxa" w:w="2076"/>
          </w:tcPr>
          <w:p>
            <w:r>
              <w:t>[AMOUNT]</w:t>
            </w:r>
          </w:p>
        </w:tc>
        <w:tc>
          <w:tcPr>
            <w:tcW w:type="dxa" w:w="2076"/>
          </w:tcPr>
          <w:p>
            <w:r>
              <w:t>[CERTIFICATE, AGREEMENT]</w:t>
            </w:r>
          </w:p>
        </w:tc>
      </w:tr>
      <w:tr>
        <w:tc>
          <w:tcPr>
            <w:tcW w:type="dxa" w:w="2076"/>
          </w:tcPr>
          <w:p>
            <w:r>
              <w:t>Other income, foreign currency remitted</w:t>
            </w:r>
          </w:p>
        </w:tc>
        <w:tc>
          <w:tcPr>
            <w:tcW w:type="dxa" w:w="2076"/>
          </w:tcPr>
          <w:p>
            <w:r>
              <w:t>4</w:t>
            </w:r>
          </w:p>
        </w:tc>
        <w:tc>
          <w:tcPr>
            <w:tcW w:type="dxa" w:w="2076"/>
          </w:tcPr>
          <w:p>
            <w:r>
              <w:t>[AMOUNT]</w:t>
            </w:r>
          </w:p>
        </w:tc>
        <w:tc>
          <w:tcPr>
            <w:tcW w:type="dxa" w:w="2076"/>
          </w:tcPr>
          <w:p>
            <w:r>
              <w:t>[PAPER]</w:t>
            </w:r>
          </w:p>
        </w:tc>
      </w:tr>
    </w:tbl>
    <w:p/>
    <w:p>
      <w:r>
        <w:rPr>
          <w:b/>
        </w:rPr>
        <w:t>Reliefs and tax already paid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769"/>
        <w:gridCol w:w="2769"/>
        <w:gridCol w:w="2769"/>
      </w:tblGrid>
      <w:tr>
        <w:tc>
          <w:tcPr>
            <w:tcW w:type="dxa" w:w="2769"/>
          </w:tcPr>
          <w:p>
            <w:r>
              <w:rPr>
                <w:b/>
              </w:rPr>
              <w:t>Item</w:t>
            </w:r>
          </w:p>
        </w:tc>
        <w:tc>
          <w:tcPr>
            <w:tcW w:type="dxa" w:w="2769"/>
          </w:tcPr>
          <w:p>
            <w:r>
              <w:rPr>
                <w:b/>
              </w:rPr>
              <w:t>Schedule</w:t>
            </w:r>
          </w:p>
        </w:tc>
        <w:tc>
          <w:tcPr>
            <w:tcW w:type="dxa" w:w="2769"/>
          </w:tcPr>
          <w:p>
            <w:r>
              <w:rPr>
                <w:b/>
              </w:rPr>
              <w:t>Amount (Rs.)</w:t>
            </w:r>
          </w:p>
        </w:tc>
      </w:tr>
      <w:tr>
        <w:tc>
          <w:tcPr>
            <w:tcW w:type="dxa" w:w="2769"/>
          </w:tcPr>
          <w:p>
            <w:r>
              <w:t>Personal relief</w:t>
            </w:r>
          </w:p>
        </w:tc>
        <w:tc>
          <w:tcPr>
            <w:tcW w:type="dxa" w:w="2769"/>
          </w:tcPr>
          <w:p>
            <w:r>
              <w:t>Return</w:t>
            </w:r>
          </w:p>
        </w:tc>
        <w:tc>
          <w:tcPr>
            <w:tcW w:type="dxa" w:w="2769"/>
          </w:tcPr>
          <w:p>
            <w:r>
              <w:t>1,800,000</w:t>
            </w:r>
          </w:p>
        </w:tc>
      </w:tr>
      <w:tr>
        <w:tc>
          <w:tcPr>
            <w:tcW w:type="dxa" w:w="2769"/>
          </w:tcPr>
          <w:p>
            <w:r>
              <w:t>Qualifying payments and expenditure relief</w:t>
            </w:r>
          </w:p>
        </w:tc>
        <w:tc>
          <w:tcPr>
            <w:tcW w:type="dxa" w:w="2769"/>
          </w:tcPr>
          <w:p>
            <w:r>
              <w:t>5</w:t>
            </w:r>
          </w:p>
        </w:tc>
        <w:tc>
          <w:tcPr>
            <w:tcW w:type="dxa" w:w="2769"/>
          </w:tcPr>
          <w:p>
            <w:r>
              <w:t>[AMOUNT]</w:t>
            </w:r>
          </w:p>
        </w:tc>
      </w:tr>
      <w:tr>
        <w:tc>
          <w:tcPr>
            <w:tcW w:type="dxa" w:w="2769"/>
          </w:tcPr>
          <w:p>
            <w:r>
              <w:t>Tax on final withholding payments</w:t>
            </w:r>
          </w:p>
        </w:tc>
        <w:tc>
          <w:tcPr>
            <w:tcW w:type="dxa" w:w="2769"/>
          </w:tcPr>
          <w:p>
            <w:r>
              <w:t>6</w:t>
            </w:r>
          </w:p>
        </w:tc>
        <w:tc>
          <w:tcPr>
            <w:tcW w:type="dxa" w:w="2769"/>
          </w:tcPr>
          <w:p>
            <w:r>
              <w:t>[AMOUNT]</w:t>
            </w:r>
          </w:p>
        </w:tc>
      </w:tr>
      <w:tr>
        <w:tc>
          <w:tcPr>
            <w:tcW w:type="dxa" w:w="2769"/>
          </w:tcPr>
          <w:p>
            <w:r>
              <w:t>Advance Income Tax or Withholding Tax</w:t>
            </w:r>
          </w:p>
        </w:tc>
        <w:tc>
          <w:tcPr>
            <w:tcW w:type="dxa" w:w="2769"/>
          </w:tcPr>
          <w:p>
            <w:r>
              <w:t>7</w:t>
            </w:r>
          </w:p>
        </w:tc>
        <w:tc>
          <w:tcPr>
            <w:tcW w:type="dxa" w:w="2769"/>
          </w:tcPr>
          <w:p>
            <w:r>
              <w:t>[AMOUNT]</w:t>
            </w:r>
          </w:p>
        </w:tc>
      </w:tr>
      <w:tr>
        <w:tc>
          <w:tcPr>
            <w:tcW w:type="dxa" w:w="2769"/>
          </w:tcPr>
          <w:p>
            <w:r>
              <w:t>APIT and other tax credits</w:t>
            </w:r>
          </w:p>
        </w:tc>
        <w:tc>
          <w:tcPr>
            <w:tcW w:type="dxa" w:w="2769"/>
          </w:tcPr>
          <w:p>
            <w:r>
              <w:t>9</w:t>
            </w:r>
          </w:p>
        </w:tc>
        <w:tc>
          <w:tcPr>
            <w:tcW w:type="dxa" w:w="2769"/>
          </w:tcPr>
          <w:p>
            <w:r>
              <w:t>[AMOUNT]</w:t>
            </w:r>
          </w:p>
        </w:tc>
      </w:tr>
      <w:tr>
        <w:tc>
          <w:tcPr>
            <w:tcW w:type="dxa" w:w="2769"/>
          </w:tcPr>
          <w:p>
            <w:r>
              <w:t>Instalments and final payment made</w:t>
            </w:r>
          </w:p>
        </w:tc>
        <w:tc>
          <w:tcPr>
            <w:tcW w:type="dxa" w:w="2769"/>
          </w:tcPr>
          <w:p>
            <w:r>
              <w:t>9</w:t>
            </w:r>
          </w:p>
        </w:tc>
        <w:tc>
          <w:tcPr>
            <w:tcW w:type="dxa" w:w="2769"/>
          </w:tcPr>
          <w:p>
            <w:r>
              <w:t>[AMOUNT]</w:t>
            </w:r>
          </w:p>
        </w:tc>
      </w:tr>
    </w:tbl>
    <w:p/>
    <w:p>
      <w:r>
        <w:rPr>
          <w:b/>
        </w:rPr>
        <w:t>For the Statement of Assets and Liabilities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769"/>
        <w:gridCol w:w="2769"/>
        <w:gridCol w:w="2769"/>
      </w:tblGrid>
      <w:tr>
        <w:tc>
          <w:tcPr>
            <w:tcW w:type="dxa" w:w="2769"/>
          </w:tcPr>
          <w:p>
            <w:r>
              <w:rPr>
                <w:b/>
              </w:rPr>
              <w:t>Item</w:t>
            </w:r>
          </w:p>
        </w:tc>
        <w:tc>
          <w:tcPr>
            <w:tcW w:type="dxa" w:w="2769"/>
          </w:tcPr>
          <w:p>
            <w:r>
              <w:rPr>
                <w:b/>
              </w:rPr>
              <w:t>Details</w:t>
            </w:r>
          </w:p>
        </w:tc>
        <w:tc>
          <w:tcPr>
            <w:tcW w:type="dxa" w:w="2769"/>
          </w:tcPr>
          <w:p>
            <w:r>
              <w:rPr>
                <w:b/>
              </w:rPr>
              <w:t>Value (Rs.)</w:t>
            </w:r>
          </w:p>
        </w:tc>
      </w:tr>
      <w:tr>
        <w:tc>
          <w:tcPr>
            <w:tcW w:type="dxa" w:w="2769"/>
          </w:tcPr>
          <w:p>
            <w:r>
              <w:t>[PROPERTY, VEHICLE, BANK BALANCE, OTHER]</w:t>
            </w:r>
          </w:p>
        </w:tc>
        <w:tc>
          <w:tcPr>
            <w:tcW w:type="dxa" w:w="2769"/>
          </w:tcPr>
          <w:p>
            <w:r>
              <w:t>[DETAILS]</w:t>
            </w:r>
          </w:p>
        </w:tc>
        <w:tc>
          <w:tcPr>
            <w:tcW w:type="dxa" w:w="2769"/>
          </w:tcPr>
          <w:p>
            <w:r>
              <w:t>[VALUE]</w:t>
            </w:r>
          </w:p>
        </w:tc>
      </w:tr>
      <w:tr>
        <w:tc>
          <w:tcPr>
            <w:tcW w:type="dxa" w:w="2769"/>
          </w:tcPr>
          <w:p>
            <w:r>
              <w:t>[LOAN OR OTHER LIABILITY]</w:t>
            </w:r>
          </w:p>
        </w:tc>
        <w:tc>
          <w:tcPr>
            <w:tcW w:type="dxa" w:w="2769"/>
          </w:tcPr>
          <w:p>
            <w:r>
              <w:t>[DETAILS]</w:t>
            </w:r>
          </w:p>
        </w:tc>
        <w:tc>
          <w:tcPr>
            <w:tcW w:type="dxa" w:w="2769"/>
          </w:tcPr>
          <w:p>
            <w:r>
              <w:t>[VALUE]</w:t>
            </w:r>
          </w:p>
        </w:tc>
      </w:tr>
    </w:tbl>
    <w:p/>
    <w:p>
      <w:r>
        <w:rPr>
          <w:b/>
        </w:rPr>
        <w:t>Before I submit</w:t>
      </w:r>
    </w:p>
    <w:p>
      <w:pPr>
        <w:pStyle w:val="ListBullet"/>
      </w:pPr>
      <w:r>
        <w:t>[ ] I have my TIN and PIN</w:t>
      </w:r>
    </w:p>
    <w:p>
      <w:pPr>
        <w:pStyle w:val="ListBullet"/>
      </w:pPr>
      <w:r>
        <w:t>[ ] Return chosen: [SIMPLIFIED / STANDARD]</w:t>
      </w:r>
    </w:p>
    <w:p>
      <w:pPr>
        <w:pStyle w:val="ListBullet"/>
      </w:pPr>
      <w:r>
        <w:t>[ ] Pre-filled figures checked against my papers</w:t>
      </w:r>
    </w:p>
    <w:p>
      <w:pPr>
        <w:pStyle w:val="ListBullet"/>
      </w:pPr>
      <w:r>
        <w:t>[ ] Filed on [DATE], copy saved</w:t>
      </w:r>
    </w:p>
    <w:sectPr w:rsidR="00FC693F" w:rsidRPr="0006063C" w:rsidSect="00034616">
      <w:pgSz w:w="11906" w:h="16838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="Arial" w:hAnsi="Arial" w:cs="Arial" w:eastAsia="Arial"/>
      <w:b/>
      <w:bCs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="Arial" w:hAnsi="Arial" w:cs="Arial" w:eastAsia="Arial"/>
      <w:b/>
      <w:bCs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="Arial" w:hAnsi="Arial" w:cs="Arial" w:eastAsia="Arial"/>
      <w:b/>
      <w:bC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Income tax return preparation sheet, Y/A 2025/2026</dc:title>
  <dc:subject/>
  <dc:creator>Layers (layers.md)</dc:creator>
  <cp:keywords/>
  <dc:description>CC BY 4.0 · © Layers (layers.md)</dc:description>
  <cp:lastModifiedBy/>
  <cp:revision>1</cp:revision>
  <dcterms:created xsi:type="dcterms:W3CDTF">2026-10-29T00:00:00Z</dcterms:created>
  <dcterms:modified xsi:type="dcterms:W3CDTF">2026-10-29T00:00:00Z</dcterms:modified>
  <cp:category/>
</cp:coreProperties>
</file>