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ILOE letter to employer and claim note</w:t>
      </w:r>
    </w:p>
    <w:p>
      <w:r>
        <w:t>Check this first. ILOE does not pay after resignation or dismissal for disciplinary reasons.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4153"/>
          </w:tcPr>
          <w:p>
            <w:r>
              <w:rPr>
                <w:b/>
              </w:rPr>
              <w:t>Mine</w:t>
            </w:r>
          </w:p>
        </w:tc>
      </w:tr>
      <w:tr>
        <w:tc>
          <w:tcPr>
            <w:tcW w:type="dxa" w:w="4153"/>
          </w:tcPr>
          <w:p>
            <w:r>
              <w:t>Date my employment ended</w:t>
            </w:r>
          </w:p>
        </w:tc>
        <w:tc>
          <w:tcPr>
            <w:tcW w:type="dxa" w:w="4153"/>
          </w:tcPr>
          <w:p>
            <w:r>
              <w:t>[DATE]</w:t>
            </w:r>
          </w:p>
        </w:tc>
      </w:tr>
      <w:tr>
        <w:tc>
          <w:tcPr>
            <w:tcW w:type="dxa" w:w="4153"/>
          </w:tcPr>
          <w:p>
            <w:r>
              <w:t>Reason</w:t>
            </w:r>
          </w:p>
        </w:tc>
        <w:tc>
          <w:tcPr>
            <w:tcW w:type="dxa" w:w="4153"/>
          </w:tcPr>
          <w:p>
            <w:r>
              <w:t>[REASON]</w:t>
            </w:r>
          </w:p>
        </w:tc>
      </w:tr>
      <w:tr>
        <w:tc>
          <w:tcPr>
            <w:tcW w:type="dxa" w:w="4153"/>
          </w:tcPr>
          <w:p>
            <w:r>
              <w:t>Subscribed for 12 consecutive months or more?</w:t>
            </w:r>
          </w:p>
        </w:tc>
        <w:tc>
          <w:tcPr>
            <w:tcW w:type="dxa" w:w="4153"/>
          </w:tcPr>
          <w:p>
            <w:r>
              <w:t>[YES / NO]</w:t>
            </w:r>
          </w:p>
        </w:tc>
      </w:tr>
      <w:tr>
        <w:tc>
          <w:tcPr>
            <w:tcW w:type="dxa" w:w="4153"/>
          </w:tcPr>
          <w:p>
            <w:r>
              <w:t>Premiums paid to plan?</w:t>
            </w:r>
          </w:p>
        </w:tc>
        <w:tc>
          <w:tcPr>
            <w:tcW w:type="dxa" w:w="4153"/>
          </w:tcPr>
          <w:p>
            <w:r>
              <w:t>[YES / NO]</w:t>
            </w:r>
          </w:p>
        </w:tc>
      </w:tr>
      <w:tr>
        <w:tc>
          <w:tcPr>
            <w:tcW w:type="dxa" w:w="4153"/>
          </w:tcPr>
          <w:p>
            <w:r>
              <w:t>Any abscondment complaint against me?</w:t>
            </w:r>
          </w:p>
        </w:tc>
        <w:tc>
          <w:tcPr>
            <w:tcW w:type="dxa" w:w="4153"/>
          </w:tcPr>
          <w:p>
            <w:r>
              <w:t>[YES / NO]</w:t>
            </w:r>
          </w:p>
        </w:tc>
      </w:tr>
      <w:tr>
        <w:tc>
          <w:tcPr>
            <w:tcW w:type="dxa" w:w="4153"/>
          </w:tcPr>
          <w:p>
            <w:r>
              <w:t>Work permit cancelled on</w:t>
            </w:r>
          </w:p>
        </w:tc>
        <w:tc>
          <w:tcPr>
            <w:tcW w:type="dxa" w:w="4153"/>
          </w:tcPr>
          <w:p>
            <w:r>
              <w:t>[DATE]</w:t>
            </w:r>
          </w:p>
        </w:tc>
      </w:tr>
      <w:tr>
        <w:tc>
          <w:tcPr>
            <w:tcW w:type="dxa" w:w="4153"/>
          </w:tcPr>
          <w:p>
            <w:r>
              <w:t>Emirates ID number</w:t>
            </w:r>
          </w:p>
        </w:tc>
        <w:tc>
          <w:tcPr>
            <w:tcW w:type="dxa" w:w="4153"/>
          </w:tcPr>
          <w:p>
            <w:r>
              <w:t>[EMIRATES ID]</w:t>
            </w:r>
          </w:p>
        </w:tc>
      </w:tr>
      <w:tr>
        <w:tc>
          <w:tcPr>
            <w:tcW w:type="dxa" w:w="4153"/>
          </w:tcPr>
          <w:p>
            <w:r>
              <w:t>Unified number or work permit number</w:t>
            </w:r>
          </w:p>
        </w:tc>
        <w:tc>
          <w:tcPr>
            <w:tcW w:type="dxa" w:w="4153"/>
          </w:tcPr>
          <w:p>
            <w:r>
              <w:t>[NUMBER]</w:t>
            </w:r>
          </w:p>
        </w:tc>
      </w:tr>
      <w:tr>
        <w:tc>
          <w:tcPr>
            <w:tcW w:type="dxa" w:w="4153"/>
          </w:tcPr>
          <w:p>
            <w:r>
              <w:t>UAE mobile number</w:t>
            </w:r>
          </w:p>
        </w:tc>
        <w:tc>
          <w:tcPr>
            <w:tcW w:type="dxa" w:w="4153"/>
          </w:tcPr>
          <w:p>
            <w:r>
              <w:t>[MOBILE]</w:t>
            </w:r>
          </w:p>
        </w:tc>
      </w:tr>
      <w:tr>
        <w:tc>
          <w:tcPr>
            <w:tcW w:type="dxa" w:w="4153"/>
          </w:tcPr>
          <w:p>
            <w:r>
              <w:t>IBAN, checked twice</w:t>
            </w:r>
          </w:p>
        </w:tc>
        <w:tc>
          <w:tcPr>
            <w:tcW w:type="dxa" w:w="4153"/>
          </w:tcPr>
          <w:p>
            <w:r>
              <w:t>[IBAN]</w:t>
            </w:r>
          </w:p>
        </w:tc>
      </w:tr>
    </w:tbl>
    <w:p/>
    <w:p>
      <w:pPr>
        <w:pStyle w:val="Heading2"/>
        <w:pageBreakBefore/>
      </w:pPr>
      <w:r>
        <w:t>Letter to my employer</w:t>
      </w:r>
    </w:p>
    <w:p>
      <w:r>
        <w:t>[FULL NAME]</w:t>
      </w:r>
      <w:r>
        <w:br/>
      </w:r>
      <w:r>
        <w:t>[MOBILE] · [EMAIL]</w:t>
      </w:r>
    </w:p>
    <w:p>
      <w:r>
        <w:t>To: [HR MANAGER OR NAME], [COMPANY]</w:t>
      </w:r>
    </w:p>
    <w:p>
      <w:r>
        <w:t>[DATE]</w:t>
      </w:r>
    </w:p>
    <w:p>
      <w:r>
        <w:rPr>
          <w:b/>
        </w:rPr>
        <w:t>Subject: Document showing the date and reason my employment ended</w:t>
      </w:r>
    </w:p>
    <w:p>
      <w:r>
        <w:t>I worked at [COMPANY] as [JOB]. My work permit number is [WORK PERMIT NUMBER].</w:t>
      </w:r>
    </w:p>
    <w:p>
      <w:r>
        <w:t>To claim under the Involuntary Loss of Employment scheme, I must attach a document showing the date and the reason my employment ended.</w:t>
      </w:r>
    </w:p>
    <w:p>
      <w:r>
        <w:t>Please give me a signed letter on company paper that states:</w:t>
      </w:r>
    </w:p>
    <w:p>
      <w:pPr>
        <w:pStyle w:val="ListBullet"/>
      </w:pPr>
      <w:r>
        <w:t>my full name and job</w:t>
      </w:r>
    </w:p>
    <w:p>
      <w:pPr>
        <w:pStyle w:val="ListBullet"/>
      </w:pPr>
      <w:r>
        <w:t>the last date of my employment</w:t>
      </w:r>
    </w:p>
    <w:p>
      <w:pPr>
        <w:pStyle w:val="ListBullet"/>
      </w:pPr>
      <w:r>
        <w:t>the reason my employment ended</w:t>
      </w:r>
    </w:p>
    <w:p>
      <w:r>
        <w:t>Please also tell me the date my work permit was cancelled, or when it will be.</w:t>
      </w:r>
    </w:p>
    <w:p>
      <w:r>
        <w:t>Sincerely,</w:t>
      </w:r>
    </w:p>
    <w:p>
      <w:r>
        <w:t>[FULL NAME]</w:t>
      </w:r>
      <w:r>
        <w:br/>
      </w:r>
      <w:r>
        <w:t>Signature: ____________________</w:t>
      </w:r>
    </w:p>
    <w:p>
      <w:r>
        <w:t>Received by: ____________________ Date: ____________</w:t>
      </w:r>
    </w:p>
    <w:p>
      <w:pPr>
        <w:pStyle w:val="Heading2"/>
        <w:pageBreakBefore/>
      </w:pPr>
      <w:r>
        <w:t>Claim note, if the date or reason shown is wrong</w:t>
      </w:r>
    </w:p>
    <w:p>
      <w:r>
        <w:t>Paste this into the notes of the claim and upload the papers.</w:t>
      </w:r>
    </w:p>
    <w:p>
      <w:r>
        <w:t>The claim shows the cancellation date as [DATE SHOWN] and the reason as [REASON SHOWN].</w:t>
      </w:r>
    </w:p>
    <w:p>
      <w:r>
        <w:t>The correct date is [CORRECT DATE] and the correct reason is [CORRECT REASON].</w:t>
      </w:r>
    </w:p>
    <w:p>
      <w:r>
        <w:t>I attach: [LETTER FROM EMPLOYER / CANCELLATION PAPER / LABOUR COMPLAINT PAPER / OTHER].</w:t>
      </w:r>
    </w:p>
    <w:p>
      <w:r>
        <w:t>If I have a labour case in court, I undertake to provide a copy of the final ruling.</w:t>
      </w:r>
    </w:p>
    <w:p>
      <w:r>
        <w:t>[FULL NAME], [DATE]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ILOE letter to employer and claim note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