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Medicare Sign-Up Checklist</w:t>
      </w:r>
    </w:p>
    <w:p>
      <w:r>
        <w:rPr>
          <w:b/>
        </w:rPr>
        <w:t>Name:</w:t>
      </w:r>
      <w:r>
        <w:t xml:space="preserve"> [FULL NAME]</w:t>
      </w:r>
      <w:r>
        <w:br/>
      </w:r>
      <w:r>
        <w:rPr>
          <w:b/>
        </w:rPr>
        <w:t>Date of birth:</w:t>
      </w:r>
      <w:r>
        <w:t xml:space="preserve"> [DATE OF BIRTH]</w:t>
      </w:r>
      <w:r>
        <w:br/>
      </w:r>
      <w:r>
        <w:rPr>
          <w:b/>
        </w:rPr>
        <w:t>Filled in on:</w:t>
      </w:r>
      <w:r>
        <w:t xml:space="preserve"> [DATE]</w:t>
      </w:r>
    </w:p>
    <w:p>
      <w:pPr>
        <w:pStyle w:val="Heading2"/>
      </w:pPr>
      <w:r>
        <w:t>1. My dates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What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date</w:t>
            </w:r>
          </w:p>
        </w:tc>
      </w:tr>
      <w:tr>
        <w:tc>
          <w:tcPr>
            <w:tcW w:type="dxa" w:w="4320"/>
          </w:tcPr>
          <w:p>
            <w:r>
              <w:t>Month I turn 65</w:t>
            </w:r>
          </w:p>
        </w:tc>
        <w:tc>
          <w:tcPr>
            <w:tcW w:type="dxa" w:w="4320"/>
          </w:tcPr>
          <w:p>
            <w:r>
              <w:t>[MONTH AND YEAR]</w:t>
            </w:r>
          </w:p>
        </w:tc>
      </w:tr>
      <w:tr>
        <w:tc>
          <w:tcPr>
            <w:tcW w:type="dxa" w:w="4320"/>
          </w:tcPr>
          <w:p>
            <w:r>
              <w:t>My Initial Enrollment Period starts, 3 months before that month</w:t>
            </w:r>
          </w:p>
        </w:tc>
        <w:tc>
          <w:tcPr>
            <w:tcW w:type="dxa" w:w="4320"/>
          </w:tcPr>
          <w:p>
            <w:r>
              <w:t>[MONTH AND YEAR]</w:t>
            </w:r>
          </w:p>
        </w:tc>
      </w:tr>
      <w:tr>
        <w:tc>
          <w:tcPr>
            <w:tcW w:type="dxa" w:w="4320"/>
          </w:tcPr>
          <w:p>
            <w:r>
              <w:t>It ends, 3 months after that month</w:t>
            </w:r>
          </w:p>
        </w:tc>
        <w:tc>
          <w:tcPr>
            <w:tcW w:type="dxa" w:w="4320"/>
          </w:tcPr>
          <w:p>
            <w:r>
              <w:t>[MONTH AND YEAR]</w:t>
            </w:r>
          </w:p>
        </w:tc>
      </w:tr>
      <w:tr>
        <w:tc>
          <w:tcPr>
            <w:tcW w:type="dxa" w:w="4320"/>
          </w:tcPr>
          <w:p>
            <w:r>
              <w:t>Date my work stopped, if I had job-based coverage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  <w:tr>
        <w:tc>
          <w:tcPr>
            <w:tcW w:type="dxa" w:w="4320"/>
          </w:tcPr>
          <w:p>
            <w:r>
              <w:t>8 months after that date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</w:tbl>
    <w:p/>
    <w:p>
      <w:pPr>
        <w:pStyle w:val="Heading2"/>
      </w:pPr>
      <w:r>
        <w:t>2. How I sign 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Mark 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My situation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What I do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I already get Social Security or Railroad Retirement Board benefits</w:t>
            </w:r>
          </w:p>
        </w:tc>
        <w:tc>
          <w:tcPr>
            <w:tcW w:type="dxa" w:w="2880"/>
          </w:tcPr>
          <w:p>
            <w:r>
              <w:t>I should be signed up automatically. I watch for my card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I do not get those benefits yet</w:t>
            </w:r>
          </w:p>
        </w:tc>
        <w:tc>
          <w:tcPr>
            <w:tcW w:type="dxa" w:w="2880"/>
          </w:tcPr>
          <w:p>
            <w:r>
              <w:t>I apply through Social Security: online, or at my local office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I have Part A and want Part B</w:t>
            </w:r>
          </w:p>
        </w:tc>
        <w:tc>
          <w:tcPr>
            <w:tcW w:type="dxa" w:w="2880"/>
          </w:tcPr>
          <w:p>
            <w:r>
              <w:t>I send form CMS-40B</w:t>
            </w:r>
          </w:p>
        </w:tc>
      </w:tr>
      <w:tr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>
              <w:t>I am still working, or retired or lost job coverage in the last 8 months</w:t>
            </w:r>
          </w:p>
        </w:tc>
        <w:tc>
          <w:tcPr>
            <w:tcW w:type="dxa" w:w="2880"/>
          </w:tcPr>
          <w:p>
            <w:r>
              <w:t>I send CMS-40B and CMS-L564 together</w:t>
            </w:r>
          </w:p>
        </w:tc>
      </w:tr>
    </w:tbl>
    <w:p/>
    <w:p>
      <w:pPr>
        <w:pStyle w:val="Heading2"/>
      </w:pPr>
      <w:r>
        <w:t>3. What I have ready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</w:tr>
      <w:tr>
        <w:tc>
          <w:tcPr>
            <w:tcW w:type="dxa" w:w="4320"/>
          </w:tcPr>
          <w:p>
            <w:r>
              <w:t>☐</w:t>
            </w:r>
          </w:p>
        </w:tc>
        <w:tc>
          <w:tcPr>
            <w:tcW w:type="dxa" w:w="4320"/>
          </w:tcPr>
          <w:p>
            <w:r>
              <w:t>My Social Security account, if I apply online</w:t>
            </w:r>
          </w:p>
        </w:tc>
      </w:tr>
      <w:tr>
        <w:tc>
          <w:tcPr>
            <w:tcW w:type="dxa" w:w="4320"/>
          </w:tcPr>
          <w:p>
            <w:r>
              <w:t>☐</w:t>
            </w:r>
          </w:p>
        </w:tc>
        <w:tc>
          <w:tcPr>
            <w:tcW w:type="dxa" w:w="4320"/>
          </w:tcPr>
          <w:p>
            <w:r>
              <w:t>CMS-40B, filled in</w:t>
            </w:r>
          </w:p>
        </w:tc>
      </w:tr>
      <w:tr>
        <w:tc>
          <w:tcPr>
            <w:tcW w:type="dxa" w:w="4320"/>
          </w:tcPr>
          <w:p>
            <w:r>
              <w:t>☐</w:t>
            </w:r>
          </w:p>
        </w:tc>
        <w:tc>
          <w:tcPr>
            <w:tcW w:type="dxa" w:w="4320"/>
          </w:tcPr>
          <w:p>
            <w:r>
              <w:t>CMS-L564, completed with my employer</w:t>
            </w:r>
          </w:p>
        </w:tc>
      </w:tr>
      <w:tr>
        <w:tc>
          <w:tcPr>
            <w:tcW w:type="dxa" w:w="4320"/>
          </w:tcPr>
          <w:p>
            <w:r>
              <w:t>☐</w:t>
            </w:r>
          </w:p>
        </w:tc>
        <w:tc>
          <w:tcPr>
            <w:tcW w:type="dxa" w:w="4320"/>
          </w:tcPr>
          <w:p>
            <w:r>
              <w:t>The date I sent everything: [DATE]</w:t>
            </w:r>
          </w:p>
        </w:tc>
      </w:tr>
    </w:tbl>
    <w:p/>
    <w:p>
      <w:pPr>
        <w:pStyle w:val="Heading2"/>
        <w:pageBreakBefore/>
      </w:pPr>
      <w:r>
        <w:t>4. Open Enrollment, October 15 to December 7</w:t>
      </w:r>
    </w:p>
    <w:p>
      <w:r>
        <w:t>For changing plans. The plan must get my request by December 7, and coverage starts January 1.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Compare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Plan 1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Plan 2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Plan 3</w:t>
            </w:r>
          </w:p>
        </w:tc>
      </w:tr>
      <w:tr>
        <w:tc>
          <w:tcPr>
            <w:tcW w:type="dxa" w:w="2160"/>
          </w:tcPr>
          <w:p>
            <w:r>
              <w:t>Plan name</w:t>
            </w:r>
          </w:p>
        </w:tc>
        <w:tc>
          <w:tcPr>
            <w:tcW w:type="dxa" w:w="2160"/>
          </w:tcPr>
          <w:p>
            <w:r>
              <w:t>[NAME]</w:t>
            </w:r>
          </w:p>
        </w:tc>
        <w:tc>
          <w:tcPr>
            <w:tcW w:type="dxa" w:w="2160"/>
          </w:tcPr>
          <w:p>
            <w:r>
              <w:t>[NAME]</w:t>
            </w:r>
          </w:p>
        </w:tc>
        <w:tc>
          <w:tcPr>
            <w:tcW w:type="dxa" w:w="2160"/>
          </w:tcPr>
          <w:p>
            <w:r>
              <w:t>[NAME]</w:t>
            </w:r>
          </w:p>
        </w:tc>
      </w:tr>
      <w:tr>
        <w:tc>
          <w:tcPr>
            <w:tcW w:type="dxa" w:w="2160"/>
          </w:tcPr>
          <w:p>
            <w:r>
              <w:t>Monthly premium</w:t>
            </w:r>
          </w:p>
        </w:tc>
        <w:tc>
          <w:tcPr>
            <w:tcW w:type="dxa" w:w="2160"/>
          </w:tcPr>
          <w:p>
            <w:r>
              <w:t>$[AMOUNT]</w:t>
            </w:r>
          </w:p>
        </w:tc>
        <w:tc>
          <w:tcPr>
            <w:tcW w:type="dxa" w:w="2160"/>
          </w:tcPr>
          <w:p>
            <w:r>
              <w:t>$[AMOUNT]</w:t>
            </w:r>
          </w:p>
        </w:tc>
        <w:tc>
          <w:tcPr>
            <w:tcW w:type="dxa" w:w="2160"/>
          </w:tcPr>
          <w:p>
            <w:r>
              <w:t>$[AMOUNT]</w:t>
            </w:r>
          </w:p>
        </w:tc>
      </w:tr>
      <w:tr>
        <w:tc>
          <w:tcPr>
            <w:tcW w:type="dxa" w:w="2160"/>
          </w:tcPr>
          <w:p>
            <w:r>
              <w:t>Deductible</w:t>
            </w:r>
          </w:p>
        </w:tc>
        <w:tc>
          <w:tcPr>
            <w:tcW w:type="dxa" w:w="2160"/>
          </w:tcPr>
          <w:p>
            <w:r>
              <w:t>$[AMOUNT]</w:t>
            </w:r>
          </w:p>
        </w:tc>
        <w:tc>
          <w:tcPr>
            <w:tcW w:type="dxa" w:w="2160"/>
          </w:tcPr>
          <w:p>
            <w:r>
              <w:t>$[AMOUNT]</w:t>
            </w:r>
          </w:p>
        </w:tc>
        <w:tc>
          <w:tcPr>
            <w:tcW w:type="dxa" w:w="2160"/>
          </w:tcPr>
          <w:p>
            <w:r>
              <w:t>$[AMOUNT]</w:t>
            </w:r>
          </w:p>
        </w:tc>
      </w:tr>
      <w:tr>
        <w:tc>
          <w:tcPr>
            <w:tcW w:type="dxa" w:w="2160"/>
          </w:tcPr>
          <w:p>
            <w:r>
              <w:t>My drugs covered</w:t>
            </w:r>
          </w:p>
        </w:tc>
        <w:tc>
          <w:tcPr>
            <w:tcW w:type="dxa" w:w="2160"/>
          </w:tcPr>
          <w:p>
            <w:r>
              <w:t>[YES OR NO]</w:t>
            </w:r>
          </w:p>
        </w:tc>
        <w:tc>
          <w:tcPr>
            <w:tcW w:type="dxa" w:w="2160"/>
          </w:tcPr>
          <w:p>
            <w:r>
              <w:t>[YES OR NO]</w:t>
            </w:r>
          </w:p>
        </w:tc>
        <w:tc>
          <w:tcPr>
            <w:tcW w:type="dxa" w:w="2160"/>
          </w:tcPr>
          <w:p>
            <w:r>
              <w:t>[YES OR NO]</w:t>
            </w:r>
          </w:p>
        </w:tc>
      </w:tr>
      <w:tr>
        <w:tc>
          <w:tcPr>
            <w:tcW w:type="dxa" w:w="2160"/>
          </w:tcPr>
          <w:p>
            <w:r>
              <w:t>My doctors included</w:t>
            </w:r>
          </w:p>
        </w:tc>
        <w:tc>
          <w:tcPr>
            <w:tcW w:type="dxa" w:w="2160"/>
          </w:tcPr>
          <w:p>
            <w:r>
              <w:t>[YES OR NO]</w:t>
            </w:r>
          </w:p>
        </w:tc>
        <w:tc>
          <w:tcPr>
            <w:tcW w:type="dxa" w:w="2160"/>
          </w:tcPr>
          <w:p>
            <w:r>
              <w:t>[YES OR NO]</w:t>
            </w:r>
          </w:p>
        </w:tc>
        <w:tc>
          <w:tcPr>
            <w:tcW w:type="dxa" w:w="2160"/>
          </w:tcPr>
          <w:p>
            <w:r>
              <w:t>[YES OR NO]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Medicare Sign-Up Checklist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