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Request for P24 Certificate</w:t>
      </w:r>
    </w:p>
    <w:p>
      <w:r>
        <w:t>[FULL NAME]</w:t>
      </w:r>
      <w:r>
        <w:br/>
      </w:r>
      <w:r>
        <w:t>TRN: [TAXPAYER REGISTRATION NUMBER]</w:t>
      </w:r>
      <w:r>
        <w:br/>
      </w:r>
      <w:r>
        <w:t>[ADDRESS]</w:t>
      </w:r>
      <w:r>
        <w:br/>
      </w:r>
      <w:r>
        <w:t>[PHONE] · [EMAIL]</w:t>
      </w:r>
    </w:p>
    <w:p>
      <w:r>
        <w:t>[DATE]</w:t>
      </w:r>
    </w:p>
    <w:p>
      <w:r>
        <w:t>[PAYROLL OR HUMAN RESOURCES CONTACT]</w:t>
      </w:r>
      <w:r>
        <w:br/>
      </w:r>
      <w:r>
        <w:t>[EMPLOYER NAME]</w:t>
      </w:r>
      <w:r>
        <w:br/>
      </w:r>
      <w:r>
        <w:t>[EMPLOYER ADDRESS]</w:t>
      </w:r>
    </w:p>
    <w:p>
      <w:r>
        <w:rPr>
          <w:b/>
        </w:rPr>
        <w:t>Re: Request for P24 for the year [YEAR]</w:t>
      </w:r>
    </w:p>
    <w:p>
      <w:r>
        <w:t>Dear [NAME OR SIR/MADAM],</w:t>
      </w:r>
    </w:p>
    <w:p>
      <w:r>
        <w:t>I was employed by [EMPLOYER NAME] as [JOB TITLE] from [START DATE] to [END DATE OR "PRESENT"].</w:t>
      </w:r>
    </w:p>
    <w:p>
      <w:r>
        <w:t>Please give me my P24, the certificate of gross emoluments and tax deducted, for the year [YEAR].</w:t>
      </w:r>
    </w:p>
    <w:p>
      <w:r>
        <w:t>I need it to apply to Tax Administration Jamaica for an income tax refund on Form IT05.</w:t>
      </w:r>
    </w:p>
    <w:p>
      <w:r>
        <w:t>[IF YOU LEFT DURING THE YEAR: Please also give me my P45.]</w:t>
      </w:r>
    </w:p>
    <w:p>
      <w:r>
        <w:t>You can reach me at [PHONE] or [EMAIL]. I can collect it or receive it by [EMAIL OR POST].</w:t>
      </w:r>
    </w:p>
    <w:p>
      <w:r>
        <w:t>Thank you for your help.</w:t>
      </w:r>
    </w:p>
    <w:p>
      <w:r>
        <w:t>Yours sincerely,</w:t>
      </w:r>
    </w:p>
    <w:p>
      <w:r>
        <w:t>[SIGNATURE]</w:t>
      </w:r>
    </w:p>
    <w:p>
      <w:r>
        <w:t>[FULL NAME]</w:t>
      </w:r>
    </w:p>
    <w:p>
      <w:r>
        <w:t>Received by: ____________ Date: 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JM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P24 Certificate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