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Request to confirm my qualification to the Higher Education Council of Rwanda</w:t>
      </w:r>
    </w:p>
    <w:p>
      <w:r>
        <w:t>[FULL NAME AS ON THE DEGREE]</w:t>
      </w:r>
      <w:r>
        <w:br/>
      </w:r>
      <w:r>
        <w:t>Student number: [NUMBER]</w:t>
      </w:r>
      <w:r>
        <w:br/>
      </w:r>
      <w:r>
        <w:t>[ADDRESS] · [PHONE] · [EMAIL]</w:t>
      </w:r>
    </w:p>
    <w:p>
      <w:r>
        <w:t>To: The Registrar</w:t>
      </w:r>
      <w:r>
        <w:br/>
      </w:r>
      <w:r>
        <w:t>[NAME OF UNIVERSITY], [COUNTRY]</w:t>
      </w:r>
    </w:p>
    <w:p>
      <w:r>
        <w:t>[DATE]</w:t>
      </w:r>
    </w:p>
    <w:p>
      <w:r>
        <w:rPr>
          <w:b/>
        </w:rPr>
        <w:t>Subject: Verification of my qualification for the Higher Education Council of Rwanda</w:t>
      </w:r>
    </w:p>
    <w:p>
      <w:r>
        <w:t>I completed the following qualification at your institution:</w:t>
      </w:r>
    </w:p>
    <w:tbl>
      <w:tblPr>
        <w:tblStyle w:val="TableGrid"/>
        <w:tblW w:type="auto" w:w="0"/>
        <w:tblLook w:firstColumn="1" w:firstRow="1" w:lastColumn="0" w:lastRow="0" w:noHBand="0" w:noVBand="1" w:val="04A0"/>
      </w:tblPr>
      <w:tblGrid>
        <w:gridCol w:w="4153"/>
        <w:gridCol w:w="4153"/>
      </w:tblGrid>
      <w:tr>
        <w:tc>
          <w:tcPr>
            <w:tcW w:type="dxa" w:w="4153"/>
          </w:tcPr>
          <w:p>
            <w:r>
              <w:rPr>
                <w:b/>
              </w:rPr>
              <w:t>Item</w:t>
            </w:r>
          </w:p>
        </w:tc>
        <w:tc>
          <w:tcPr>
            <w:tcW w:type="dxa" w:w="4153"/>
          </w:tcPr>
          <w:p>
            <w:r>
              <w:rPr>
                <w:b/>
              </w:rPr>
              <w:t>Details</w:t>
            </w:r>
          </w:p>
        </w:tc>
      </w:tr>
      <w:tr>
        <w:tc>
          <w:tcPr>
            <w:tcW w:type="dxa" w:w="4153"/>
          </w:tcPr>
          <w:p>
            <w:r>
              <w:t>Qualification</w:t>
            </w:r>
          </w:p>
        </w:tc>
        <w:tc>
          <w:tcPr>
            <w:tcW w:type="dxa" w:w="4153"/>
          </w:tcPr>
          <w:p>
            <w:r>
              <w:t>[DEGREE, DIPLOMA OR CERTIFICATE]</w:t>
            </w:r>
          </w:p>
        </w:tc>
      </w:tr>
      <w:tr>
        <w:tc>
          <w:tcPr>
            <w:tcW w:type="dxa" w:w="4153"/>
          </w:tcPr>
          <w:p>
            <w:r>
              <w:t>Field of study</w:t>
            </w:r>
          </w:p>
        </w:tc>
        <w:tc>
          <w:tcPr>
            <w:tcW w:type="dxa" w:w="4153"/>
          </w:tcPr>
          <w:p>
            <w:r>
              <w:t>[FIELD]</w:t>
            </w:r>
          </w:p>
        </w:tc>
      </w:tr>
      <w:tr>
        <w:tc>
          <w:tcPr>
            <w:tcW w:type="dxa" w:w="4153"/>
          </w:tcPr>
          <w:p>
            <w:r>
              <w:t>Years of study</w:t>
            </w:r>
          </w:p>
        </w:tc>
        <w:tc>
          <w:tcPr>
            <w:tcW w:type="dxa" w:w="4153"/>
          </w:tcPr>
          <w:p>
            <w:r>
              <w:t>[FROM – TO]</w:t>
            </w:r>
          </w:p>
        </w:tc>
      </w:tr>
      <w:tr>
        <w:tc>
          <w:tcPr>
            <w:tcW w:type="dxa" w:w="4153"/>
          </w:tcPr>
          <w:p>
            <w:r>
              <w:t>Date awarded</w:t>
            </w:r>
          </w:p>
        </w:tc>
        <w:tc>
          <w:tcPr>
            <w:tcW w:type="dxa" w:w="4153"/>
          </w:tcPr>
          <w:p>
            <w:r>
              <w:t>[DATE]</w:t>
            </w:r>
          </w:p>
        </w:tc>
      </w:tr>
      <w:tr>
        <w:tc>
          <w:tcPr>
            <w:tcW w:type="dxa" w:w="4153"/>
          </w:tcPr>
          <w:p>
            <w:r>
              <w:t>Mode of study</w:t>
            </w:r>
          </w:p>
        </w:tc>
        <w:tc>
          <w:tcPr>
            <w:tcW w:type="dxa" w:w="4153"/>
          </w:tcPr>
          <w:p>
            <w:r>
              <w:t>[IN PERSON / ONLINE / BLENDED / DISTANCE]</w:t>
            </w:r>
          </w:p>
        </w:tc>
      </w:tr>
    </w:tbl>
    <w:p/>
    <w:p>
      <w:r>
        <w:t>I am applying for an Equivalence Certificate from the Higher Education Council (HEC) of Rwanda through IremboGov. HEC verifies qualifications directly with the awarding institution, and it can issue the certificate only once it has your confirmation.</w:t>
      </w:r>
    </w:p>
    <w:p>
      <w:r>
        <w:t>Please:</w:t>
      </w:r>
    </w:p>
    <w:p>
      <w:pPr>
        <w:pStyle w:val="ListNumber"/>
      </w:pPr>
      <w:r>
        <w:t>tell me which email address handles verification requests, so that I give HEC the right contact;</w:t>
      </w:r>
    </w:p>
    <w:p>
      <w:pPr>
        <w:pStyle w:val="ListNumber"/>
      </w:pPr>
      <w:r>
        <w:t>answer HEC’s request when it arrives.</w:t>
      </w:r>
    </w:p>
    <w:p>
      <w:r>
        <w:t>Application number: [IREMBO NUMBER, ONCE YOU HAVE IT]</w:t>
      </w:r>
    </w:p>
    <w:p>
      <w:r>
        <w:t>I authorise you to share my academic records with HEC for this verification.</w:t>
      </w:r>
    </w:p>
    <w:p>
      <w:r>
        <w:t>Thank you for your help.</w:t>
      </w:r>
    </w:p>
    <w:p>
      <w:r>
        <w:t>Yours faithfully,</w:t>
      </w:r>
    </w:p>
    <w:p>
      <w:r>
        <w:t>[FULL NAME]</w:t>
      </w:r>
      <w:r>
        <w:br/>
      </w:r>
      <w:r>
        <w:t>Signature: ____________________</w:t>
      </w:r>
    </w:p>
    <w:p>
      <w:pPr>
        <w:pStyle w:val="Heading2"/>
        <w:pageBreakBefore/>
      </w:pPr>
      <w:r>
        <w:t>For me: before I apply</w:t>
      </w:r>
    </w:p>
    <w:p>
      <w:pPr>
        <w:pStyle w:val="ListBullet"/>
      </w:pPr>
      <w:r>
        <w:t>[ ] Notarized copy of my final certificate, diploma or degree</w:t>
      </w:r>
    </w:p>
    <w:p>
      <w:pPr>
        <w:pStyle w:val="ListBullet"/>
      </w:pPr>
      <w:r>
        <w:t>[ ] Notarized copy of my transcripts for each level studied</w:t>
      </w:r>
    </w:p>
    <w:p>
      <w:pPr>
        <w:pStyle w:val="ListBullet"/>
      </w:pPr>
      <w:r>
        <w:t>[ ] Copy of my passport, if I am not Rwandan</w:t>
      </w:r>
    </w:p>
    <w:p>
      <w:pPr>
        <w:pStyle w:val="ListBullet"/>
      </w:pPr>
      <w:r>
        <w:t>[ ] Certified translation, if the papers are not in English or French</w:t>
      </w:r>
    </w:p>
    <w:p>
      <w:pPr>
        <w:pStyle w:val="ListBullet"/>
      </w:pPr>
      <w:r>
        <w:t>[ ] Irembo account ready; National ID or passport number to hand</w:t>
      </w:r>
    </w:p>
    <w:p>
      <w:pPr>
        <w:pStyle w:val="ListBullet"/>
      </w:pPr>
      <w:r>
        <w:t>[ ] Registrar’s contact confirmed on [DATE]: [EMAIL]</w:t>
      </w:r>
    </w:p>
    <w:p>
      <w:pPr>
        <w:pStyle w:val="ListBullet"/>
      </w:pPr>
      <w:r>
        <w:t>[ ] Applied on [DATE], fee paid</w:t>
      </w:r>
    </w:p>
    <w:p>
      <w:pPr>
        <w:pStyle w:val="ListBullet"/>
      </w:pPr>
      <w:r>
        <w:t>[ ] University confirmed to HEC on [DATE]</w:t>
      </w:r>
    </w:p>
    <w:sectPr w:rsidR="00FC693F" w:rsidRPr="0006063C" w:rsidSect="00034616">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cs="Arial" w:eastAsia="Arial"/>
      <w:b/>
      <w:bCs/>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eastAsia="Arial"/>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cs="Arial" w:eastAsia="Arial"/>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to confirm my qualification to the Higher Education Council of Rwanda</dc:title>
  <dc:subject/>
  <dc:creator>Layers (layers.md)</dc:creator>
  <cp:keywords/>
  <dc:description>CC BY 4.0 · © Layers (layers.md)</dc:description>
  <cp:lastModifiedBy/>
  <cp:revision>1</cp:revision>
  <dcterms:created xsi:type="dcterms:W3CDTF">2026-10-29T00:00:00Z</dcterms:created>
  <dcterms:modified xsi:type="dcterms:W3CDTF">2026-10-29T00:00:00Z</dcterms:modified>
  <cp:category/>
</cp:coreProperties>
</file>