
<file path=[Content_Types].xml><?xml version="1.0" encoding="utf-8"?>
<Types xmlns="http://schemas.openxmlformats.org/package/2006/content-types">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Fullmakt</w:t>
      </w:r>
    </w:p>
    <w:p>
      <w:r>
        <w:rPr>
          <w:b/>
        </w:rPr>
        <w:t>Fullmaktsgivare:</w:t>
      </w:r>
      <w:r>
        <w:t xml:space="preserve"> [NAMN], personnummer [NUMMER], adress [ADRESS], telefon [TELEFON]</w:t>
      </w:r>
    </w:p>
    <w:p>
      <w:r>
        <w:rPr>
          <w:b/>
        </w:rPr>
        <w:t>Fullmäktig (ombud):</w:t>
      </w:r>
      <w:r>
        <w:t xml:space="preserve"> [NAMN], personnummer [NUMMER], adress [ADRESS], telefon [TELEFON]</w:t>
      </w:r>
    </w:p>
    <w:p>
      <w:pPr>
        <w:pStyle w:val="Heading2"/>
      </w:pPr>
      <w:r>
        <w:t>1. Vad fullmakten gäller</w:t>
      </w:r>
    </w:p>
    <w:p>
      <w:r>
        <w:t>Jag ger härmed fullmäktigen rätt att i mitt namn och för min räkning (kryssa i ett alternativ):</w:t>
      </w:r>
    </w:p>
    <w:p>
      <w:r>
        <w:t xml:space="preserve">( ) </w:t>
      </w:r>
      <w:r>
        <w:rPr>
          <w:b/>
        </w:rPr>
        <w:t>Ett bestämt ärende:</w:t>
      </w:r>
      <w:r>
        <w:t xml:space="preserve"> [BESKRIV ÄRENDET: VAD, HOS VEM, ÄRENDENUMMER]</w:t>
      </w:r>
    </w:p>
    <w:p>
      <w:r>
        <w:t xml:space="preserve">( ) </w:t>
      </w:r>
      <w:r>
        <w:rPr>
          <w:b/>
        </w:rPr>
        <w:t>Flera ärenden:</w:t>
      </w:r>
      <w:r>
        <w:t xml:space="preserve"> [LISTA ÄRENDENA]</w:t>
      </w:r>
    </w:p>
    <w:p>
      <w:r>
        <w:t xml:space="preserve">( ) </w:t>
      </w:r>
      <w:r>
        <w:rPr>
          <w:b/>
        </w:rPr>
        <w:t>Generalfullmakt:</w:t>
      </w:r>
      <w:r>
        <w:t xml:space="preserve"> företräda mig i alla mina ekonomiska och rättsliga angelägenheter, med de undantag som står i punkt 2.</w:t>
      </w:r>
    </w:p>
    <w:p>
      <w:r>
        <w:t>Fullmäktigen får därvid: [LÄMNA IN OCH TA EMOT HANDLINGAR / SKRIVA UNDER ANSÖKNINGAR OCH AVTAL / TA EMOT BETALNINGAR / FÖRA MIN TALAN HOS MYNDIGHETER / ANNAT].</w:t>
      </w:r>
    </w:p>
    <w:p>
      <w:pPr>
        <w:pStyle w:val="Heading2"/>
      </w:pPr>
      <w:r>
        <w:t>2. Begränsningar</w:t>
      </w:r>
    </w:p>
    <w:p>
      <w:r>
        <w:t>Fullmäktigen får inte: [T.EX. SÄLJA ELLER PANTSÄTTA FAST EGENDOM, TA LÅN, GE GÅVOR, ANNAT].</w:t>
      </w:r>
    </w:p>
    <w:p>
      <w:r>
        <w:t>Högsta belopp per rättshandling: [BELOPP] kronor (om ni vill ha en gräns).</w:t>
      </w:r>
    </w:p>
    <w:p>
      <w:r>
        <w:t>Fullmäktigen får / får inte (stryk det som inte gäller) lämna uppdraget vidare till någon annan.</w:t>
      </w:r>
    </w:p>
    <w:p>
      <w:pPr>
        <w:pStyle w:val="Heading2"/>
      </w:pPr>
      <w:r>
        <w:t>3. Giltighet</w:t>
      </w:r>
    </w:p>
    <w:p>
      <w:r>
        <w:t>Fullmakten gäller från [DATUM] till och med [DATUM] eller tills den återkallas.</w:t>
      </w:r>
    </w:p>
    <w:p>
      <w:r>
        <w:t>Jag kan när som helst återkalla fullmakten. Fullmäktigen ska då lämna tillbaka denna handling till mig (lagen om avtal, 16 §). Har jag själv meddelat en tredje man att fullmakten finns, meddelar jag honom eller henne också att den är återkallad (13 §).</w:t>
      </w:r>
    </w:p>
    <w:p>
      <w:pPr>
        <w:pStyle w:val="Heading2"/>
      </w:pPr>
      <w:r>
        <w:t>4. Underskrift av fullmaktsgivaren</w:t>
      </w:r>
    </w:p>
    <w:p>
      <w:r>
        <w:t>[ORT], [DATUM]</w:t>
      </w:r>
    </w:p>
    <w:p>
      <w:r>
        <w:t>____________________</w:t>
      </w:r>
      <w:r>
        <w:br/>
      </w:r>
      <w:r>
        <w:t>[NAMN], fullmaktsgivare</w:t>
      </w:r>
    </w:p>
    <w:p>
      <w:pPr>
        <w:pStyle w:val="Heading2"/>
      </w:pPr>
      <w:r>
        <w:t>5. Fullmäktigen åtar sig uppdraget</w:t>
      </w:r>
    </w:p>
    <w:p>
      <w:r>
        <w:t>Jag åtar mig uppdraget, ska hålla mig inom fullmaktens gränser och lämnar tillbaka handlingen när fullmakten återkallas.</w:t>
      </w:r>
    </w:p>
    <w:p>
      <w:r>
        <w:t>[ORT], [DATUM]</w:t>
      </w:r>
    </w:p>
    <w:p>
      <w:r>
        <w:t>____________________</w:t>
      </w:r>
      <w:r>
        <w:br/>
      </w:r>
      <w:r>
        <w:t>[NAMN], fullmäktig</w:t>
      </w:r>
    </w:p>
    <w:p>
      <w:pPr>
        <w:pStyle w:val="Heading2"/>
      </w:pPr>
      <w:r>
        <w:t>6. Bevittnande (frivilligt)</w:t>
      </w:r>
    </w:p>
    <w:p>
      <w:r>
        <w:t>Lagen om avtal kräver inte vittnen. Om mottagaren begär det kan två personer intyga att fullmaktsgivaren själv skrivit under.</w:t>
      </w:r>
    </w:p>
    <w:tbl>
      <w:tblPr>
        <w:tblStyle w:val="TableGrid"/>
        <w:tblW w:type="auto" w:w="0"/>
        <w:tblLook w:firstColumn="1" w:firstRow="1" w:lastColumn="0" w:lastRow="0" w:noHBand="0" w:noVBand="1" w:val="04A0"/>
      </w:tblPr>
      <w:tblGrid>
        <w:gridCol w:w="2076"/>
        <w:gridCol w:w="2076"/>
        <w:gridCol w:w="2076"/>
        <w:gridCol w:w="2076"/>
      </w:tblGrid>
      <w:tr>
        <w:tc>
          <w:tcPr>
            <w:tcW w:type="dxa" w:w="2076"/>
          </w:tcPr>
          <w:p/>
        </w:tc>
        <w:tc>
          <w:tcPr>
            <w:tcW w:type="dxa" w:w="2076"/>
          </w:tcPr>
          <w:p>
            <w:r>
              <w:rPr>
                <w:b/>
              </w:rPr>
              <w:t>Namn</w:t>
            </w:r>
          </w:p>
        </w:tc>
        <w:tc>
          <w:tcPr>
            <w:tcW w:type="dxa" w:w="2076"/>
          </w:tcPr>
          <w:p>
            <w:r>
              <w:rPr>
                <w:b/>
              </w:rPr>
              <w:t>Personnummer eller adress</w:t>
            </w:r>
          </w:p>
        </w:tc>
        <w:tc>
          <w:tcPr>
            <w:tcW w:type="dxa" w:w="2076"/>
          </w:tcPr>
          <w:p>
            <w:r>
              <w:rPr>
                <w:b/>
              </w:rPr>
              <w:t>Underskrift</w:t>
            </w:r>
          </w:p>
        </w:tc>
      </w:tr>
      <w:tr>
        <w:tc>
          <w:tcPr>
            <w:tcW w:type="dxa" w:w="2076"/>
          </w:tcPr>
          <w:p>
            <w:r>
              <w:t>Vittne 1</w:t>
            </w:r>
          </w:p>
        </w:tc>
        <w:tc>
          <w:tcPr>
            <w:tcW w:type="dxa" w:w="2076"/>
          </w:tcPr>
          <w:p>
            <w:r>
              <w:t>[NAMN]</w:t>
            </w:r>
          </w:p>
        </w:tc>
        <w:tc>
          <w:tcPr>
            <w:tcW w:type="dxa" w:w="2076"/>
          </w:tcPr>
          <w:p>
            <w:r>
              <w:t>[UPPGIFT]</w:t>
            </w:r>
          </w:p>
        </w:tc>
        <w:tc>
          <w:tcPr>
            <w:tcW w:type="dxa" w:w="2076"/>
          </w:tcPr>
          <w:p>
            <w:r>
              <w:t>____________________</w:t>
            </w:r>
          </w:p>
        </w:tc>
      </w:tr>
      <w:tr>
        <w:tc>
          <w:tcPr>
            <w:tcW w:type="dxa" w:w="2076"/>
          </w:tcPr>
          <w:p>
            <w:r>
              <w:t>Vittne 2</w:t>
            </w:r>
          </w:p>
        </w:tc>
        <w:tc>
          <w:tcPr>
            <w:tcW w:type="dxa" w:w="2076"/>
          </w:tcPr>
          <w:p>
            <w:r>
              <w:t>[NAMN]</w:t>
            </w:r>
          </w:p>
        </w:tc>
        <w:tc>
          <w:tcPr>
            <w:tcW w:type="dxa" w:w="2076"/>
          </w:tcPr>
          <w:p>
            <w:r>
              <w:t>[UPPGIFT]</w:t>
            </w:r>
          </w:p>
        </w:tc>
        <w:tc>
          <w:tcPr>
            <w:tcW w:type="dxa" w:w="2076"/>
          </w:tcPr>
          <w:p>
            <w:r>
              <w:t>____________________</w:t>
            </w:r>
          </w:p>
        </w:tc>
      </w:tr>
    </w:tbl>
    <w:p/>
    <w:p>
      <w:pPr>
        <w:pStyle w:val="Heading2"/>
        <w:pageBreakBefore/>
      </w:pPr>
      <w:r>
        <w:t>För mig: innan jag lämnar ut fullmakten</w:t>
      </w:r>
    </w:p>
    <w:p>
      <w:pPr>
        <w:pStyle w:val="ListBullet"/>
      </w:pPr>
      <w:r>
        <w:t>[ ] Ärendet är beskrivet så att mottagaren förstår vad fullmäktigen får göra</w:t>
      </w:r>
    </w:p>
    <w:p>
      <w:pPr>
        <w:pStyle w:val="ListBullet"/>
      </w:pPr>
      <w:r>
        <w:t>[ ] Begränsningar och belopp är ifyllda eller överstrukna</w:t>
      </w:r>
    </w:p>
    <w:p>
      <w:pPr>
        <w:pStyle w:val="ListBullet"/>
      </w:pPr>
      <w:r>
        <w:t>[ ] Gäller fullmakten köp, byte eller gåva av fast egendom: den är skriftlig och undertecknad (lagen om avtal, 27 §)</w:t>
      </w:r>
    </w:p>
    <w:p>
      <w:pPr>
        <w:pStyle w:val="ListBullet"/>
      </w:pPr>
      <w:r>
        <w:t>[ ] Jag har frågat banken eller myndigheten om de har en egen blankett</w:t>
      </w:r>
    </w:p>
    <w:p>
      <w:pPr>
        <w:pStyle w:val="ListBullet"/>
      </w:pPr>
      <w:r>
        <w:t>[ ] Jag vet hur jag återkallar: kräva tillbaka handlingen och meddela den som fått veta om fullmakten (13 och 16 §§)</w:t>
      </w:r>
    </w:p>
    <w:p>
      <w:pPr>
        <w:pStyle w:val="ListBullet"/>
      </w:pPr>
      <w:r>
        <w:t>[ ] Ska fullmakten gälla om jag själv inte längre kan sköta mina angelägenheter: då behövs en framtidsfullmakt enligt lagen (2017:310), inte den här mallen</w:t>
      </w:r>
    </w:p>
    <w:sectPr w:rsidR="00FC693F" w:rsidRPr="0006063C" w:rsidSect="00034616">
      <w:pgSz w:w="11906" w:h="16838"/>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sv-SE"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Arial" w:hAnsi="Arial" w:cs="Arial" w:eastAsia="Arial"/>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Arial" w:hAnsi="Arial" w:cs="Arial" w:eastAsia="Arial"/>
      <w:b/>
      <w:bCs/>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Arial" w:hAnsi="Arial" w:cs="Arial" w:eastAsia="Arial"/>
      <w:b/>
      <w:bCs/>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Arial" w:hAnsi="Arial" w:cs="Arial" w:eastAsia="Arial"/>
      <w:b/>
      <w:bCs/>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Fullmakt</dc:title>
  <dc:subject/>
  <dc:creator>Layers (layers.md)</dc:creator>
  <cp:keywords/>
  <dc:description>CC BY 4.0 · © Layers (layers.md)</dc:description>
  <cp:lastModifiedBy/>
  <cp:revision>1</cp:revision>
  <dcterms:created xsi:type="dcterms:W3CDTF">2026-10-29T00:00:00Z</dcterms:created>
  <dcterms:modified xsi:type="dcterms:W3CDTF">2026-10-29T00:00:00Z</dcterms:modified>
  <cp:category/>
</cp:coreProperties>
</file>