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Redogörelse för inkomster och utgifter — begäran om nytt förbehållsbelopp</w:t>
      </w:r>
    </w:p>
    <w:p>
      <w:r>
        <w:t>[ORT], [DATUM]</w:t>
      </w:r>
    </w:p>
    <w:p>
      <w:r>
        <w:t>Till:</w:t>
      </w:r>
      <w:r>
        <w:br/>
      </w:r>
      <w:r>
        <w:t>Kronofogden</w:t>
      </w:r>
      <w:r>
        <w:br/>
      </w:r>
      <w:r>
        <w:t>[ADRESS ENLIGT BESLUTET]</w:t>
      </w:r>
    </w:p>
    <w:p>
      <w:r>
        <w:t>Från:</w:t>
      </w:r>
      <w:r>
        <w:br/>
      </w:r>
      <w:r>
        <w:t>[FÖRNAMN OCH EFTERNAMN]</w:t>
      </w:r>
      <w:r>
        <w:br/>
      </w:r>
      <w:r>
        <w:t>Personnummer: [PERSONNUMMER]</w:t>
      </w:r>
      <w:r>
        <w:br/>
      </w:r>
      <w:r>
        <w:t>Adress: [ADRESS]</w:t>
      </w:r>
      <w:r>
        <w:br/>
      </w:r>
      <w:r>
        <w:t>Telefon / e-post: [TELEFON / E-POST]</w:t>
      </w:r>
      <w:r>
        <w:br/>
      </w:r>
      <w:r>
        <w:t>Målnummer: [MÅLNUMMER]</w:t>
      </w:r>
    </w:p>
    <w:p>
      <w:r>
        <w:rPr>
          <w:b/>
        </w:rPr>
        <w:t>Ärende: Uppgifter om min ekonomi vid löneutmätning — begäran om ändrat förbehållsbelopp (7 kap. 4, 5 och 10 §§ utsökningsbalken)</w:t>
      </w:r>
    </w:p>
    <w:p>
      <w:r>
        <w:t>Mina förhållanden har ändrats den [DATUM] eftersom [T.EX. HYRAN HAR HÖJTS / ETT BARN HAR FLYTTAT IN / JAG HAR FÅTT LÄGRE LÖN]. Jag ber Kronofogden räkna om förbehållsbeloppet och ändra beslutet enligt 7 kap. 10 § utsökningsbalken.</w:t>
      </w:r>
    </w:p>
    <w:p>
      <w:pPr>
        <w:pStyle w:val="Heading2"/>
      </w:pPr>
      <w:r>
        <w:t>Hushållet</w:t>
      </w:r>
    </w:p>
    <w:p>
      <w:r>
        <w:t>Jag bor ( ) ensam ( ) med make/maka/sambo, med [ANTAL] barn: [ÅLDER], [ÅLDER], [ÅLDER] år.</w:t>
      </w:r>
    </w:p>
    <w:p>
      <w:pPr>
        <w:pStyle w:val="Heading2"/>
      </w:pPr>
      <w:r>
        <w:t>Inkomster per månad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769"/>
        <w:gridCol w:w="2769"/>
        <w:gridCol w:w="2769"/>
      </w:tblGrid>
      <w:tr>
        <w:tc>
          <w:tcPr>
            <w:tcW w:type="dxa" w:w="2769"/>
          </w:tcPr>
          <w:p>
            <w:r>
              <w:rPr>
                <w:b/>
              </w:rPr>
              <w:t>Inkomst</w:t>
            </w:r>
          </w:p>
        </w:tc>
        <w:tc>
          <w:tcPr>
            <w:tcW w:type="dxa" w:w="2769"/>
          </w:tcPr>
          <w:p>
            <w:r>
              <w:rPr>
                <w:b/>
              </w:rPr>
              <w:t>Jag (kr)</w:t>
            </w:r>
          </w:p>
        </w:tc>
        <w:tc>
          <w:tcPr>
            <w:tcW w:type="dxa" w:w="2769"/>
          </w:tcPr>
          <w:p>
            <w:r>
              <w:rPr>
                <w:b/>
              </w:rPr>
              <w:t>Make/sambo (kr)</w:t>
            </w:r>
          </w:p>
        </w:tc>
      </w:tr>
      <w:tr>
        <w:tc>
          <w:tcPr>
            <w:tcW w:type="dxa" w:w="2769"/>
          </w:tcPr>
          <w:p>
            <w:r>
              <w:t>Lön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</w:tr>
      <w:tr>
        <w:tc>
          <w:tcPr>
            <w:tcW w:type="dxa" w:w="2769"/>
          </w:tcPr>
          <w:p>
            <w:r>
              <w:t>Andra ersättningar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</w:tr>
      <w:tr>
        <w:tc>
          <w:tcPr>
            <w:tcW w:type="dxa" w:w="2769"/>
          </w:tcPr>
          <w:p>
            <w:r>
              <w:t>Barnbidrag, underhållsbidrag, studiebidrag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  <w:tc>
          <w:tcPr>
            <w:tcW w:type="dxa" w:w="2769"/>
          </w:tcPr>
          <w:p/>
        </w:tc>
      </w:tr>
      <w:tr>
        <w:tc>
          <w:tcPr>
            <w:tcW w:type="dxa" w:w="2769"/>
          </w:tcPr>
          <w:p>
            <w:r>
              <w:t>Bostadsbidrag / bostadstillägg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  <w:tc>
          <w:tcPr>
            <w:tcW w:type="dxa" w:w="2769"/>
          </w:tcPr>
          <w:p/>
        </w:tc>
      </w:tr>
    </w:tbl>
    <w:p/>
    <w:p>
      <w:pPr>
        <w:pStyle w:val="Heading2"/>
      </w:pPr>
      <w:r>
        <w:t>Förbehållsbelopp per månad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153"/>
        <w:gridCol w:w="4153"/>
      </w:tblGrid>
      <w:tr>
        <w:tc>
          <w:tcPr>
            <w:tcW w:type="dxa" w:w="4153"/>
          </w:tcPr>
          <w:p>
            <w:r>
              <w:rPr>
                <w:b/>
              </w:rPr>
              <w:t>Post</w:t>
            </w:r>
          </w:p>
        </w:tc>
        <w:tc>
          <w:tcPr>
            <w:tcW w:type="dxa" w:w="4153"/>
          </w:tcPr>
          <w:p>
            <w:r>
              <w:rPr>
                <w:b/>
              </w:rPr>
              <w:t>Belopp (kr)</w:t>
            </w:r>
          </w:p>
        </w:tc>
      </w:tr>
      <w:tr>
        <w:tc>
          <w:tcPr>
            <w:tcW w:type="dxa" w:w="4153"/>
          </w:tcPr>
          <w:p>
            <w:r>
              <w:t>Normalbelopp 2026: ensamstående 6 243 / makar eller jämställda 10 314</w:t>
            </w:r>
          </w:p>
        </w:tc>
        <w:tc>
          <w:tcPr>
            <w:tcW w:type="dxa" w:w="4153"/>
          </w:tcPr>
          <w:p>
            <w:r>
              <w:t>[BELOPP]</w:t>
            </w:r>
          </w:p>
        </w:tc>
      </w:tr>
      <w:tr>
        <w:tc>
          <w:tcPr>
            <w:tcW w:type="dxa" w:w="4153"/>
          </w:tcPr>
          <w:p>
            <w:r>
              <w:t>Barn (3 336 / 4 004 / 4 672 / 5 339 kr efter ålder), med hänsyn till barnbidrag och underhåll</w:t>
            </w:r>
          </w:p>
        </w:tc>
        <w:tc>
          <w:tcPr>
            <w:tcW w:type="dxa" w:w="4153"/>
          </w:tcPr>
          <w:p>
            <w:r>
              <w:t>[BELOPP]</w:t>
            </w:r>
          </w:p>
        </w:tc>
      </w:tr>
      <w:tr>
        <w:tc>
          <w:tcPr>
            <w:tcW w:type="dxa" w:w="4153"/>
          </w:tcPr>
          <w:p>
            <w:r>
              <w:t>Bostad: hyra och värme, eller avgift, räntor, drift, amortering</w:t>
            </w:r>
          </w:p>
        </w:tc>
        <w:tc>
          <w:tcPr>
            <w:tcW w:type="dxa" w:w="4153"/>
          </w:tcPr>
          <w:p>
            <w:r>
              <w:t>[BELOPP]</w:t>
            </w:r>
          </w:p>
        </w:tc>
      </w:tr>
      <w:tr>
        <w:tc>
          <w:tcPr>
            <w:tcW w:type="dxa" w:w="4153"/>
          </w:tcPr>
          <w:p>
            <w:r>
              <w:t>Minus bostadsbidrag / bostadstillägg</w:t>
            </w:r>
          </w:p>
        </w:tc>
        <w:tc>
          <w:tcPr>
            <w:tcW w:type="dxa" w:w="4153"/>
          </w:tcPr>
          <w:p>
            <w:r>
              <w:t>−[BELOPP]</w:t>
            </w:r>
          </w:p>
        </w:tc>
      </w:tr>
      <w:tr>
        <w:tc>
          <w:tcPr>
            <w:tcW w:type="dxa" w:w="4153"/>
          </w:tcPr>
          <w:p>
            <w:r>
              <w:t>Resor till och från arbetet</w:t>
            </w:r>
          </w:p>
        </w:tc>
        <w:tc>
          <w:tcPr>
            <w:tcW w:type="dxa" w:w="4153"/>
          </w:tcPr>
          <w:p>
            <w:r>
              <w:t>[BELOPP]</w:t>
            </w:r>
          </w:p>
        </w:tc>
      </w:tr>
      <w:tr>
        <w:tc>
          <w:tcPr>
            <w:tcW w:type="dxa" w:w="4153"/>
          </w:tcPr>
          <w:p>
            <w:r>
              <w:t>Barnomsorg</w:t>
            </w:r>
          </w:p>
        </w:tc>
        <w:tc>
          <w:tcPr>
            <w:tcW w:type="dxa" w:w="4153"/>
          </w:tcPr>
          <w:p>
            <w:r>
              <w:t>[BELOPP]</w:t>
            </w:r>
          </w:p>
        </w:tc>
      </w:tr>
      <w:tr>
        <w:tc>
          <w:tcPr>
            <w:tcW w:type="dxa" w:w="4153"/>
          </w:tcPr>
          <w:p>
            <w:r>
              <w:t>Medicin och läkarbesök (upp till högkostnadsskyddet)</w:t>
            </w:r>
          </w:p>
        </w:tc>
        <w:tc>
          <w:tcPr>
            <w:tcW w:type="dxa" w:w="4153"/>
          </w:tcPr>
          <w:p>
            <w:r>
              <w:t>[BELOPP]</w:t>
            </w:r>
          </w:p>
        </w:tc>
      </w:tr>
      <w:tr>
        <w:tc>
          <w:tcPr>
            <w:tcW w:type="dxa" w:w="4153"/>
          </w:tcPr>
          <w:p>
            <w:r>
              <w:t>Underhållsbidrag som jag betalar direkt</w:t>
            </w:r>
          </w:p>
        </w:tc>
        <w:tc>
          <w:tcPr>
            <w:tcW w:type="dxa" w:w="4153"/>
          </w:tcPr>
          <w:p>
            <w:r>
              <w:t>[BELOPP]</w:t>
            </w:r>
          </w:p>
        </w:tc>
      </w:tr>
      <w:tr>
        <w:tc>
          <w:tcPr>
            <w:tcW w:type="dxa" w:w="4153"/>
          </w:tcPr>
          <w:p>
            <w:r>
              <w:rPr>
                <w:b/>
              </w:rPr>
              <w:t>Summa</w:t>
            </w:r>
          </w:p>
        </w:tc>
        <w:tc>
          <w:tcPr>
            <w:tcW w:type="dxa" w:w="4153"/>
          </w:tcPr>
          <w:p>
            <w:r>
              <w:rPr>
                <w:b/>
              </w:rPr>
              <w:t>[SUMMA]</w:t>
            </w:r>
          </w:p>
        </w:tc>
      </w:tr>
    </w:tbl>
    <w:p/>
    <w:p>
      <w:r>
        <w:t>Bor jag med make eller sambo står jag för min andel av de gemensamma kostnaderna, beräknad efter våra inkomster: [ANDEL] %.</w:t>
      </w:r>
    </w:p>
    <w:p>
      <w:r>
        <w:t>Jag begär att förbehållsbeloppet fastställs till [SUMMA] kr per månad från och med [MÅNAD]. Jag ber om ett nytt beslut eller ett skriftligt svar senast den [DATUM].</w:t>
      </w:r>
    </w:p>
    <w:p>
      <w:r>
        <w:t>Underlag bifogas: [LÖNEBESKED, HYRESAVI ELLER AVIER FÖR AVGIFT OCH RÄNTA, BESLUT OM BIDRAG, KVITTON FÖR BARNOMSORG].</w:t>
      </w:r>
    </w:p>
    <w:p>
      <w:r>
        <w:t>Med vänlig hälsning</w:t>
      </w:r>
    </w:p>
    <w:p>
      <w:r>
        <w:t>[FÖRNAMN OCH EFTERNAMN]</w:t>
      </w:r>
      <w:r>
        <w:br/>
      </w:r>
      <w:r>
        <w:t>Underskrift: ____________________</w:t>
      </w:r>
    </w:p>
    <w:p>
      <w:pPr>
        <w:pStyle w:val="Heading2"/>
        <w:pageBreakBefore/>
      </w:pPr>
      <w:r>
        <w:t>För mig själv</w:t>
      </w:r>
    </w:p>
    <w:p>
      <w:pPr>
        <w:pStyle w:val="ListBullet"/>
      </w:pPr>
      <w:r>
        <w:t>[ ] Skickat den [DATUM], kopia sparad</w:t>
      </w:r>
    </w:p>
    <w:p>
      <w:pPr>
        <w:pStyle w:val="ListBullet"/>
      </w:pPr>
      <w:r>
        <w:t>[ ] Nytt beslut mottaget den [DATUM]</w:t>
      </w:r>
    </w:p>
    <w:p>
      <w:pPr>
        <w:pStyle w:val="ListBullet"/>
      </w:pPr>
      <w:r>
        <w:t>[ ] I januari: kontrollera nya normalbelopp för det nya året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Redogörelse för inkomster och utgifter — begäran om nytt förbehållsbelopp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