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EPF letter to employer and Form K sheet</w:t>
      </w:r>
    </w:p>
    <w:p>
      <w:r>
        <w:t>Fill this in before you go to the Labour Office. It does not replace Form 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Date I left work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Date my marriage was registered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First window: marriage registered within 3 months after I left?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Second window: I left within 5 years after registration?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EPF member number</w:t>
            </w:r>
          </w:p>
        </w:tc>
        <w:tc>
          <w:tcPr>
            <w:tcW w:type="dxa" w:w="4153"/>
          </w:tcPr>
          <w:p>
            <w:r>
              <w:t>[MEMBER NUMBER]</w:t>
            </w:r>
          </w:p>
        </w:tc>
      </w:tr>
      <w:tr>
        <w:tc>
          <w:tcPr>
            <w:tcW w:type="dxa" w:w="4153"/>
          </w:tcPr>
          <w:p>
            <w:r>
              <w:t>Employer's EPF number</w:t>
            </w:r>
          </w:p>
        </w:tc>
        <w:tc>
          <w:tcPr>
            <w:tcW w:type="dxa" w:w="4153"/>
          </w:tcPr>
          <w:p>
            <w:r>
              <w:t>[EMPLOYER NUMBER]</w:t>
            </w:r>
          </w:p>
        </w:tc>
      </w:tr>
      <w:tr>
        <w:tc>
          <w:tcPr>
            <w:tcW w:type="dxa" w:w="4153"/>
          </w:tcPr>
          <w:p>
            <w:r>
              <w:t>NIC number</w:t>
            </w:r>
          </w:p>
        </w:tc>
        <w:tc>
          <w:tcPr>
            <w:tcW w:type="dxa" w:w="4153"/>
          </w:tcPr>
          <w:p>
            <w:r>
              <w:t>[NIC NUMBER]</w:t>
            </w:r>
          </w:p>
        </w:tc>
      </w:tr>
      <w:tr>
        <w:tc>
          <w:tcPr>
            <w:tcW w:type="dxa" w:w="4153"/>
          </w:tcPr>
          <w:p>
            <w:r>
              <w:t>Bank and account for payment</w:t>
            </w:r>
          </w:p>
        </w:tc>
        <w:tc>
          <w:tcPr>
            <w:tcW w:type="dxa" w:w="4153"/>
          </w:tcPr>
          <w:p>
            <w:r>
              <w:t>[BANK, BRANCH, ACCOUNT NUMBER]</w:t>
            </w:r>
          </w:p>
        </w:tc>
      </w:tr>
    </w:tbl>
    <w:p/>
    <w:p>
      <w:r>
        <w:t>Papers:</w:t>
      </w:r>
    </w:p>
    <w:p>
      <w:pPr>
        <w:pStyle w:val="ListBullet"/>
      </w:pPr>
      <w:r>
        <w:t>[ ] Form K from the Labour Office, Part I completed</w:t>
      </w:r>
    </w:p>
    <w:p>
      <w:pPr>
        <w:pStyle w:val="ListBullet"/>
      </w:pPr>
      <w:r>
        <w:t>[ ] Part II certified by my last employer</w:t>
      </w:r>
    </w:p>
    <w:p>
      <w:pPr>
        <w:pStyle w:val="ListBullet"/>
      </w:pPr>
      <w:r>
        <w:t>[ ] B card</w:t>
      </w:r>
    </w:p>
    <w:p>
      <w:pPr>
        <w:pStyle w:val="ListBullet"/>
      </w:pPr>
      <w:r>
        <w:t>[ ] Certified copy of the marriage certificate</w:t>
      </w:r>
    </w:p>
    <w:p>
      <w:pPr>
        <w:pStyle w:val="ListBullet"/>
      </w:pPr>
      <w:r>
        <w:t>[ ] Grama Niladhari certificate, countersigned by the District Secretary, that the marriage took place</w:t>
      </w:r>
    </w:p>
    <w:p>
      <w:r>
        <w:t>If my last employer has closed:</w:t>
      </w:r>
    </w:p>
    <w:p>
      <w:pPr>
        <w:pStyle w:val="ListBullet"/>
      </w:pPr>
      <w:r>
        <w:t>[ ] Form with my personal details, certified by the Grama Niladhari and countersigned by the District Secretary</w:t>
      </w:r>
    </w:p>
    <w:p>
      <w:pPr>
        <w:pStyle w:val="ListBullet"/>
      </w:pPr>
      <w:r>
        <w:t>[ ] Letter of indemnity, wording from the Labour Office</w:t>
      </w:r>
    </w:p>
    <w:p>
      <w:r>
        <w:t>Steps:</w:t>
      </w:r>
    </w:p>
    <w:p>
      <w:pPr>
        <w:pStyle w:val="ListBullet"/>
      </w:pPr>
      <w:r>
        <w:t>[ ] Handed in at [LABOUR OFFICE] on [DATE]</w:t>
      </w:r>
    </w:p>
    <w:p>
      <w:pPr>
        <w:pStyle w:val="ListBullet"/>
      </w:pPr>
      <w:r>
        <w:t>[ ] Receipt number: [RECEIPT NUMBER]</w:t>
      </w:r>
    </w:p>
    <w:p>
      <w:pPr>
        <w:pStyle w:val="Heading2"/>
        <w:pageBreakBefore/>
      </w:pPr>
      <w:r>
        <w:t>Letter to my last employer</w:t>
      </w:r>
    </w:p>
    <w:p>
      <w:r>
        <w:t>[FULL NAME]</w:t>
      </w:r>
      <w:r>
        <w:br/>
      </w:r>
      <w:r>
        <w:t>[ADDRESS] · [MOBILE] · [EMAIL]</w:t>
      </w:r>
    </w:p>
    <w:p>
      <w:r>
        <w:t>To: [HR MANAGER OR NAME], [COMPANY]</w:t>
      </w:r>
    </w:p>
    <w:p>
      <w:r>
        <w:t>[DATE]</w:t>
      </w:r>
    </w:p>
    <w:p>
      <w:r>
        <w:rPr>
          <w:b/>
        </w:rPr>
        <w:t>Subject: Certification of Part II of EPF Form K</w:t>
      </w:r>
    </w:p>
    <w:p>
      <w:r>
        <w:t>I worked at [COMPANY] as [JOB] from [START DATE] to [LAST DATE]. My EPF member number is [MEMBER NUMBER].</w:t>
      </w:r>
    </w:p>
    <w:p>
      <w:r>
        <w:t>I left on grounds of marriage. My marriage was registered on [DATE]. I am applying to the Commissioner of Labour for a refund of my benefits from the Employees' Provident Fund.</w:t>
      </w:r>
    </w:p>
    <w:p>
      <w:r>
        <w:t>I attach Form K with Part I completed. Please:</w:t>
      </w:r>
    </w:p>
    <w:p>
      <w:pPr>
        <w:pStyle w:val="ListBullet"/>
      </w:pPr>
      <w:r>
        <w:t>certify Part II of the form</w:t>
      </w:r>
    </w:p>
    <w:p>
      <w:pPr>
        <w:pStyle w:val="ListBullet"/>
      </w:pPr>
      <w:r>
        <w:t>give me my B card</w:t>
      </w:r>
    </w:p>
    <w:p>
      <w:pPr>
        <w:pStyle w:val="ListBullet"/>
      </w:pPr>
      <w:r>
        <w:t>return both to me at the address above</w:t>
      </w:r>
    </w:p>
    <w:p>
      <w:r>
        <w:t>Please tell me if you need anything else to do this.</w:t>
      </w:r>
    </w:p>
    <w:p>
      <w:r>
        <w:t>Sincerely,</w:t>
      </w:r>
    </w:p>
    <w:p>
      <w:r>
        <w:t>[FULL NAME]</w:t>
      </w:r>
      <w:r>
        <w:br/>
      </w:r>
      <w:r>
        <w:t>Signature: ____________________</w:t>
      </w:r>
    </w:p>
    <w:p>
      <w:r>
        <w:t>Received by: ____________________ Date: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EPF letter to employer and Form K sheet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