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Уведомление о больничном</w:t>
      </w:r>
    </w:p>
    <w:p>
      <w:r>
        <w:rPr>
          <w:b/>
        </w:rPr>
        <w:t>Кому:</w:t>
      </w:r>
      <w:r>
        <w:t xml:space="preserve"> [НАЗВАНИЕ РАБОТОДАТЕЛЯ], IDNO [IDNO]</w:t>
      </w:r>
      <w:r>
        <w:br/>
      </w:r>
      <w:r>
        <w:rPr>
          <w:b/>
        </w:rPr>
        <w:t>От:</w:t>
      </w:r>
      <w:r>
        <w:t xml:space="preserve"> [ИМЯ РАБОТНИКА], [ДОЛЖНОСТЬ]</w:t>
      </w:r>
      <w:r>
        <w:br/>
      </w:r>
      <w:r>
        <w:rPr>
          <w:b/>
        </w:rPr>
        <w:t>Дата:</w:t>
      </w:r>
      <w:r>
        <w:t xml:space="preserve"> [ДАТА]</w:t>
      </w:r>
    </w:p>
    <w:p>
      <w:r>
        <w:t>Сообщаю, что нахожусь на больничном (временная нетрудоспособность).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t>Номер больничного листа</w:t>
            </w:r>
          </w:p>
        </w:tc>
        <w:tc>
          <w:tcPr>
            <w:tcW w:type="dxa" w:w="4153"/>
          </w:tcPr>
          <w:p>
            <w:r>
              <w:t>[НОМЕР, например CCM…]</w:t>
            </w:r>
          </w:p>
        </w:tc>
      </w:tr>
      <w:tr>
        <w:tc>
          <w:tcPr>
            <w:tcW w:type="dxa" w:w="4153"/>
          </w:tcPr>
          <w:p>
            <w:r>
              <w:t>Период</w:t>
            </w:r>
          </w:p>
        </w:tc>
        <w:tc>
          <w:tcPr>
            <w:tcW w:type="dxa" w:w="4153"/>
          </w:tcPr>
          <w:p>
            <w:r>
              <w:t>с [ДАТА] по [ДАТА]</w:t>
            </w:r>
          </w:p>
        </w:tc>
      </w:tr>
      <w:tr>
        <w:tc>
          <w:tcPr>
            <w:tcW w:type="dxa" w:w="4153"/>
          </w:tcPr>
          <w:p>
            <w:r>
              <w:t>Медицинское учреждение, которое его выдало</w:t>
            </w:r>
          </w:p>
        </w:tc>
        <w:tc>
          <w:tcPr>
            <w:tcW w:type="dxa" w:w="4153"/>
          </w:tcPr>
          <w:p>
            <w:r>
              <w:t>[НАЗВАНИЕ]</w:t>
            </w:r>
          </w:p>
        </w:tc>
      </w:tr>
      <w:tr>
        <w:tc>
          <w:tcPr>
            <w:tcW w:type="dxa" w:w="4153"/>
          </w:tcPr>
          <w:p>
            <w:r>
              <w:t>Трудовой договор</w:t>
            </w:r>
          </w:p>
        </w:tc>
        <w:tc>
          <w:tcPr>
            <w:tcW w:type="dxa" w:w="4153"/>
          </w:tcPr>
          <w:p>
            <w:r>
              <w:t>№ [НОМЕР] от [ДАТА]</w:t>
            </w:r>
          </w:p>
        </w:tc>
      </w:tr>
    </w:tbl>
    <w:p/>
    <w:p>
      <w:r>
        <w:t>Больничный выдан в электронном виде. Он в EVO Cabinet, раздел «Sănătate», после входа с электронной подписью компании. Если больничный продлят или закроют, я сообщу.</w:t>
      </w:r>
    </w:p>
    <w:p>
      <w:r>
        <w:t>Подпись: ____________________</w:t>
      </w:r>
    </w:p>
    <w:p>
      <w:pPr>
        <w:pStyle w:val="Heading2"/>
        <w:pageBreakBefore/>
      </w:pPr>
      <w:r>
        <w:t>Лист для отдела кадров и бухгалтерии</w:t>
      </w:r>
    </w:p>
    <w:p>
      <w:r>
        <w:rPr>
          <w:b/>
        </w:rPr>
        <w:t>Работник:</w:t>
      </w:r>
      <w:r>
        <w:t xml:space="preserve"> [ИМЯ] · </w:t>
      </w:r>
      <w:r>
        <w:rPr>
          <w:b/>
        </w:rPr>
        <w:t>Больничный:</w:t>
      </w:r>
      <w:r>
        <w:t xml:space="preserve"> № [НОМЕР], [ДАТА] – [ДАТА]</w:t>
      </w:r>
    </w:p>
    <w:p>
      <w:pPr>
        <w:pStyle w:val="Heading3"/>
      </w:pPr>
      <w:r>
        <w:t>1. Больничный в EVO Cabinet</w:t>
      </w:r>
    </w:p>
    <w:p>
      <w:pPr>
        <w:pStyle w:val="ListBullet"/>
      </w:pPr>
      <w:r>
        <w:t>[ ] Больничный виден в EVO Cabinet, раздел «Sănătate» (профиль юридического лица, IDNO)</w:t>
      </w:r>
    </w:p>
    <w:p>
      <w:pPr>
        <w:pStyle w:val="ListBullet"/>
      </w:pPr>
      <w:r>
        <w:t>[ ] Данные совпадают: имя, номер, период</w:t>
      </w:r>
    </w:p>
    <w:p>
      <w:pPr>
        <w:pStyle w:val="ListBullet"/>
      </w:pPr>
      <w:r>
        <w:t>[ ] Статус: [ОТКРЫТ / ЗАКРЫТ / АННУЛИРОВАН]</w:t>
      </w:r>
    </w:p>
    <w:p>
      <w:pPr>
        <w:pStyle w:val="ListBullet"/>
      </w:pPr>
      <w:r>
        <w:t>[ ] PDF скачан, QR-код проверен</w:t>
      </w:r>
    </w:p>
    <w:p>
      <w:pPr>
        <w:pStyle w:val="ListBullet"/>
      </w:pPr>
      <w:r>
        <w:t>[ ] Если его нет: поговорили с работником и медучреждением [ДАТА]; написали на suport@egov.md [ДАТА]</w:t>
      </w:r>
    </w:p>
    <w:p>
      <w:pPr>
        <w:pStyle w:val="Heading3"/>
      </w:pPr>
      <w:r>
        <w:t>2. Дни</w:t>
      </w:r>
    </w:p>
    <w:p>
      <w:pPr>
        <w:pStyle w:val="ListBullet"/>
      </w:pPr>
      <w:r>
        <w:t>[ ] Даты идут подряд, без пропусков между первым листом и продлениями</w:t>
      </w:r>
    </w:p>
    <w:p>
      <w:pPr>
        <w:pStyle w:val="ListBullet"/>
      </w:pPr>
      <w:r>
        <w:t>[ ] Причина: [ОБЫЧНАЯ БОЛЕЗНЬ / ТРУДОВОЕ УВЕЧЬЕ ИЛИ ПРОФЗАБОЛЕВАНИЕ]</w:t>
      </w:r>
    </w:p>
    <w:p>
      <w:pPr>
        <w:pStyle w:val="Heading3"/>
      </w:pPr>
      <w:r>
        <w:t>3. Кто платит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</w:tcPr>
          <w:p>
            <w:r>
              <w:rPr>
                <w:b/>
              </w:rPr>
              <w:t>Дни</w:t>
            </w:r>
          </w:p>
        </w:tc>
        <w:tc>
          <w:tcPr>
            <w:tcW w:type="dxa" w:w="2769"/>
          </w:tcPr>
          <w:p>
            <w:r>
              <w:rPr>
                <w:b/>
              </w:rPr>
              <w:t>Кто платит</w:t>
            </w:r>
          </w:p>
        </w:tc>
        <w:tc>
          <w:tcPr>
            <w:tcW w:type="dxa" w:w="2769"/>
          </w:tcPr>
          <w:p>
            <w:r>
              <w:rPr>
                <w:b/>
              </w:rPr>
              <w:t>Сколько</w:t>
            </w:r>
          </w:p>
        </w:tc>
      </w:tr>
      <w:tr>
        <w:tc>
          <w:tcPr>
            <w:tcW w:type="dxa" w:w="2769"/>
          </w:tcPr>
          <w:p>
            <w:r>
              <w:t>Обычная болезнь: первые 5 календарных дней</w:t>
            </w:r>
          </w:p>
        </w:tc>
        <w:tc>
          <w:tcPr>
            <w:tcW w:type="dxa" w:w="2769"/>
          </w:tcPr>
          <w:p>
            <w:r>
              <w:t>работодатель</w:t>
            </w:r>
          </w:p>
        </w:tc>
        <w:tc>
          <w:tcPr>
            <w:tcW w:type="dxa" w:w="2769"/>
          </w:tcPr>
          <w:p>
            <w:r>
              <w:t>75% средней зарплаты</w:t>
            </w:r>
          </w:p>
        </w:tc>
      </w:tr>
      <w:tr>
        <w:tc>
          <w:tcPr>
            <w:tcW w:type="dxa" w:w="2769"/>
          </w:tcPr>
          <w:p>
            <w:r>
              <w:t>Дни за счёт работодателя в этом году до этого</w:t>
            </w:r>
          </w:p>
        </w:tc>
        <w:tc>
          <w:tcPr>
            <w:tcW w:type="dxa" w:w="2769"/>
          </w:tcPr>
          <w:p>
            <w:r>
              <w:t>—</w:t>
            </w:r>
          </w:p>
        </w:tc>
        <w:tc>
          <w:tcPr>
            <w:tcW w:type="dxa" w:w="2769"/>
          </w:tcPr>
          <w:p>
            <w:r>
              <w:t>[ЧИСЛО] из не больше 15</w:t>
            </w:r>
          </w:p>
        </w:tc>
      </w:tr>
      <w:tr>
        <w:tc>
          <w:tcPr>
            <w:tcW w:type="dxa" w:w="2769"/>
          </w:tcPr>
          <w:p>
            <w:r>
              <w:t>Остальные дни</w:t>
            </w:r>
          </w:p>
        </w:tc>
        <w:tc>
          <w:tcPr>
            <w:tcW w:type="dxa" w:w="2769"/>
          </w:tcPr>
          <w:p>
            <w:r>
              <w:t>CNAS</w:t>
            </w:r>
          </w:p>
        </w:tc>
        <w:tc>
          <w:tcPr>
            <w:tcW w:type="dxa" w:w="2769"/>
          </w:tcPr>
          <w:p>
            <w:r>
              <w:t>60, 70, 90 или 100% базы расчёта</w:t>
            </w:r>
          </w:p>
        </w:tc>
      </w:tr>
      <w:tr>
        <w:tc>
          <w:tcPr>
            <w:tcW w:type="dxa" w:w="2769"/>
          </w:tcPr>
          <w:p>
            <w:r>
              <w:t>Трудовое увечье или профзаболевание: первые 20 дней</w:t>
            </w:r>
          </w:p>
        </w:tc>
        <w:tc>
          <w:tcPr>
            <w:tcW w:type="dxa" w:w="2769"/>
          </w:tcPr>
          <w:p>
            <w:r>
              <w:t>работодатель</w:t>
            </w:r>
          </w:p>
        </w:tc>
        <w:tc>
          <w:tcPr>
            <w:tcW w:type="dxa" w:w="2769"/>
          </w:tcPr>
          <w:p>
            <w:r>
              <w:t>[СУММА]</w:t>
            </w:r>
          </w:p>
        </w:tc>
      </w:tr>
    </w:tbl>
    <w:p/>
    <w:p>
      <w:pPr>
        <w:pStyle w:val="Heading3"/>
      </w:pPr>
      <w:r>
        <w:t>4. Другие работодатели</w:t>
      </w:r>
    </w:p>
    <w:p>
      <w:r>
        <w:t>Работник ещё работает в: [НАЗВАНИЕ РАБОТОДАТЕЛЯ / НЕТ]. Им тоже сообщил: [ДА / НЕТ].</w:t>
      </w:r>
    </w:p>
    <w:p>
      <w:r>
        <w:t>Проверил(а): [ИМЯ], [ДАТА]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M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больничном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