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Demande d’ouverture de compte bancaire</w:t>
      </w:r>
    </w:p>
    <w:p>
      <w:r>
        <w:t>[PRÉNOM ET NOM]</w:t>
      </w:r>
      <w:r>
        <w:br/>
      </w:r>
      <w:r>
        <w:t>Né(e) le [DATE DE NAISSANCE] à [LIEU DE NAISSANCE]</w:t>
      </w:r>
      <w:r>
        <w:br/>
      </w:r>
      <w:r>
        <w:t>[TYPE ET NUMÉRO DE LA PIÈCE D’IDENTITÉ]</w:t>
      </w:r>
      <w:r>
        <w:br/>
      </w:r>
      <w:r>
        <w:t>[ADRESSE]</w:t>
      </w:r>
      <w:r>
        <w:br/>
      </w:r>
      <w:r>
        <w:t>[TÉLÉPHONE] · [E-MAIL]</w:t>
      </w:r>
    </w:p>
    <w:p>
      <w:r>
        <w:t>[VILLE], le [DATE]</w:t>
      </w:r>
    </w:p>
    <w:p>
      <w:r>
        <w:t>À l’attention de Monsieur le Directeur</w:t>
      </w:r>
      <w:r>
        <w:br/>
      </w:r>
      <w:r>
        <w:t>Agence de [NOM DE L’AGENCE]</w:t>
      </w:r>
      <w:r>
        <w:br/>
      </w:r>
      <w:r>
        <w:t>[NOM DE LA BANQUE]</w:t>
      </w:r>
    </w:p>
    <w:p>
      <w:r>
        <w:rPr>
          <w:b/>
        </w:rPr>
        <w:t>Objet : ouverture d’un [COMPTE CHÈQUE OU COMPTE DEVISE, AVEC LA DEVISE]</w:t>
      </w:r>
    </w:p>
    <w:p>
      <w:r>
        <w:t>Monsieur le Directeur,</w:t>
      </w:r>
    </w:p>
    <w:p>
      <w:r>
        <w:t>J’ai l’honneur de vous demander l’ouverture d’un [COMPTE CHÈQUE OU COMPTE DEVISE, AVEC LA DEVISE] à mon nom auprès de votre agence.</w:t>
      </w:r>
    </w:p>
    <w:p>
      <w:r>
        <w:t>Je joins à cette demande :</w:t>
      </w:r>
    </w:p>
    <w:p>
      <w:pPr>
        <w:pStyle w:val="ListBullet"/>
      </w:pPr>
      <w:r>
        <w:t>la copie de ma pièce d’identité en cours de validité ;</w:t>
      </w:r>
    </w:p>
    <w:p>
      <w:pPr>
        <w:pStyle w:val="ListBullet"/>
      </w:pPr>
      <w:r>
        <w:t>mon certificat de résidence ou un justificatif de domicile ;</w:t>
      </w:r>
    </w:p>
    <w:p>
      <w:pPr>
        <w:pStyle w:val="ListBullet"/>
      </w:pPr>
      <w:r>
        <w:t>mon extrait de naissance ;</w:t>
      </w:r>
    </w:p>
    <w:p>
      <w:pPr>
        <w:pStyle w:val="ListBullet"/>
      </w:pPr>
      <w:r>
        <w:t>[AUTRE PIÈCE DEMANDÉE PAR VOTRE AGENCE].</w:t>
      </w:r>
    </w:p>
    <w:p>
      <w:r>
        <w:t>Je suis prêt(e) à effectuer le versement minimum demandé à l’ouverture.</w:t>
      </w:r>
    </w:p>
    <w:p>
      <w:r>
        <w:t>Je vous prie d’agréer, Monsieur le Directeur, l’expression de mes salutations distinguées.</w:t>
      </w:r>
    </w:p>
    <w:p>
      <w:r>
        <w:t>[SIGNATURE]</w:t>
      </w:r>
    </w:p>
    <w:p>
      <w:r>
        <w:t>[PRÉNOM ET NOM]</w:t>
      </w:r>
    </w:p>
    <w:p>
      <w:r>
        <w:t>Reçu par : ____________ Date : ____________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D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d’ouverture de compte bancaire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