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Cerere de încheiere a contractului individual de muncă</w:t>
      </w:r>
    </w:p>
    <w:p>
      <w:r>
        <w:t>[NUMELE, PRENUMELE]</w:t>
      </w:r>
      <w:r>
        <w:br/>
      </w:r>
      <w:r>
        <w:t>[ADRESA] · [TELEFON] · [E-MAIL]</w:t>
      </w:r>
    </w:p>
    <w:p>
      <w:r>
        <w:t>Către: [DENUMIREA ANGAJATORULUI]</w:t>
      </w:r>
      <w:r>
        <w:br/>
      </w:r>
      <w:r>
        <w:t>Director: [NUMELE DIRECTORULUI]</w:t>
      </w:r>
      <w:r>
        <w:br/>
      </w:r>
      <w:r>
        <w:t>[ADRESA ANGAJATORULUI]</w:t>
      </w:r>
    </w:p>
    <w:p>
      <w:r>
        <w:t>[LOCALITATEA], [DATA]</w:t>
      </w:r>
    </w:p>
    <w:p>
      <w:r>
        <w:rPr>
          <w:b/>
        </w:rPr>
        <w:t>Cerere privind încheierea contractului individual de muncă</w:t>
      </w:r>
    </w:p>
    <w:p>
      <w:r>
        <w:t>Din [DATA ÎNCEPERII] lucrez la [DENUMIREA ANGAJATORULUI] în funcția de [FUNCȚIA], la [ADRESA LOCULUI DE MUNCĂ], cu program [PROGRAMUL DE LUCRU]. Pentru această muncă am semnat un contract de prestări servicii nr. [NUMĂR] din [DATA].</w:t>
      </w:r>
    </w:p>
    <w:p>
      <w:r>
        <w:t>Munca mea este cea a unei funcții: [DE EXEMPLU: AM PROGRAM FIX, PRIMESC INDICAȚII DE LA ȘEF, FOLOSESC LOCUL ȘI INSTRUMENTELE FIRMEI]. Conform Inspectoratului de Stat al Muncii, angajatorul nu are dreptul să încheie contracte de prestări servicii pentru executarea unor lucrări prevăzute de o funcție.</w:t>
      </w:r>
    </w:p>
    <w:p>
      <w:r>
        <w:t>Vă rog să încheiați cu mine contractul individual de muncă, în formă scrisă, în două exemplare, și să-mi înmânați exemplarul meu.</w:t>
      </w:r>
    </w:p>
    <w:p>
      <w:r>
        <w:t>Vă rog să-mi răspundeți în scris la adresa de mai sus.</w:t>
      </w:r>
    </w:p>
    <w:p>
      <w:r>
        <w:t>Semnătura: ____________________</w:t>
      </w:r>
    </w:p>
    <w:p>
      <w:pPr>
        <w:pStyle w:val="Heading1"/>
        <w:pageBreakBefore/>
      </w:pPr>
      <w:r>
        <w:t>Petiție către Inspectoratul de Stat al Muncii</w:t>
      </w:r>
    </w:p>
    <w:p>
      <w:r>
        <w:t>Către: Inspectoratul de Stat al Muncii</w:t>
      </w:r>
      <w:r>
        <w:br/>
      </w:r>
      <w:r>
        <w:t>str. Miron Costin 17/2, Chișinău · sesizare@im.gov.md</w:t>
      </w:r>
    </w:p>
    <w:p>
      <w:r>
        <w:rPr>
          <w:b/>
        </w:rPr>
        <w:t>Date despre mine:</w:t>
      </w:r>
      <w:r>
        <w:t xml:space="preserve"> [NUMELE, PRENUMELE] · [ADRESA] · [TELEFON]</w:t>
      </w:r>
    </w:p>
    <w:p>
      <w:r>
        <w:rPr>
          <w:b/>
        </w:rPr>
        <w:t>Date despre angajator:</w:t>
      </w:r>
      <w:r>
        <w:t xml:space="preserve"> [DENUMIREA] · [ADRESA, LOCALITATEA] · director [NUMELE, CONTACTUL]</w:t>
      </w:r>
    </w:p>
    <w:p>
      <w:r>
        <w:rPr>
          <w:b/>
        </w:rPr>
        <w:t>Ce s-a întâmplat:</w:t>
      </w:r>
      <w:r>
        <w:t xml:space="preserve"> din [DATA] lucrez în funcția de [FUNCȚIA] în baza unui contract de prestări servicii, nu a unui contract individual de muncă. Am cerut în scris încheierea contractului de muncă la [DATA]; răspuns: [RĂSPUNSUL SAU „NU AM PRIMIT”].</w:t>
      </w:r>
    </w:p>
    <w:p>
      <w:r>
        <w:rPr>
          <w:b/>
        </w:rPr>
        <w:t>Ce cer:</w:t>
      </w:r>
      <w:r>
        <w:t xml:space="preserve"> să verificați raporturile de muncă și să dispuneți încheierea contractului individual de muncă.</w:t>
      </w:r>
    </w:p>
    <w:p>
      <w:r>
        <w:t>Anexe: copia contractului de prestări servicii; copia cererii către angajator; [ALTE DOVEZI: PONTAJ, MESAJE, LEGITIMAȚIE].</w:t>
      </w:r>
    </w:p>
    <w:p>
      <w:r>
        <w:t>[DATA] · Semnătura: ____________________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 încheiere a contractului individual de muncă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