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Krav om å få tilbake depositum</w:t>
      </w:r>
    </w:p>
    <w:p>
      <w:r>
        <w:t>Sjekk først hvor depositumet står. Står det på en depositumskonto i ditt navn, sender du del 1 til banken. Betalte du kontant eller til utleiers egen konto, sender du del 2 til utleier.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153"/>
        <w:gridCol w:w="4153"/>
      </w:tblGrid>
      <w:tr>
        <w:tc>
          <w:tcPr>
            <w:tcW w:type="dxa" w:w="4153"/>
          </w:tcPr>
          <w:p>
            <w:r>
              <w:rPr>
                <w:b/>
              </w:rPr>
              <w:t>Det du trenger</w:t>
            </w:r>
          </w:p>
        </w:tc>
        <w:tc>
          <w:tcPr>
            <w:tcW w:type="dxa" w:w="4153"/>
          </w:tcPr>
          <w:p>
            <w:r>
              <w:rPr>
                <w:b/>
              </w:rPr>
              <w:t>Mitt</w:t>
            </w:r>
          </w:p>
        </w:tc>
      </w:tr>
      <w:tr>
        <w:tc>
          <w:tcPr>
            <w:tcW w:type="dxa" w:w="4153"/>
          </w:tcPr>
          <w:p>
            <w:r>
              <w:t>Adressen jeg leide</w:t>
            </w:r>
          </w:p>
        </w:tc>
        <w:tc>
          <w:tcPr>
            <w:tcW w:type="dxa" w:w="4153"/>
          </w:tcPr>
          <w:p>
            <w:r>
              <w:t>[ADRESSE]</w:t>
            </w:r>
          </w:p>
        </w:tc>
      </w:tr>
      <w:tr>
        <w:tc>
          <w:tcPr>
            <w:tcW w:type="dxa" w:w="4153"/>
          </w:tcPr>
          <w:p>
            <w:r>
              <w:t>Leieforholdet sluttet</w:t>
            </w:r>
          </w:p>
        </w:tc>
        <w:tc>
          <w:tcPr>
            <w:tcW w:type="dxa" w:w="4153"/>
          </w:tcPr>
          <w:p>
            <w:r>
              <w:t>[DATO]</w:t>
            </w:r>
          </w:p>
        </w:tc>
      </w:tr>
      <w:tr>
        <w:tc>
          <w:tcPr>
            <w:tcW w:type="dxa" w:w="4153"/>
          </w:tcPr>
          <w:p>
            <w:r>
              <w:t>Utleier</w:t>
            </w:r>
          </w:p>
        </w:tc>
        <w:tc>
          <w:tcPr>
            <w:tcW w:type="dxa" w:w="4153"/>
          </w:tcPr>
          <w:p>
            <w:r>
              <w:t>[NAVN]</w:t>
            </w:r>
          </w:p>
        </w:tc>
      </w:tr>
      <w:tr>
        <w:tc>
          <w:tcPr>
            <w:tcW w:type="dxa" w:w="4153"/>
          </w:tcPr>
          <w:p>
            <w:r>
              <w:t>Depositumet</w:t>
            </w:r>
          </w:p>
        </w:tc>
        <w:tc>
          <w:tcPr>
            <w:tcW w:type="dxa" w:w="4153"/>
          </w:tcPr>
          <w:p>
            <w:r>
              <w:t>[BELØP] kr</w:t>
            </w:r>
          </w:p>
        </w:tc>
      </w:tr>
      <w:tr>
        <w:tc>
          <w:tcPr>
            <w:tcW w:type="dxa" w:w="4153"/>
          </w:tcPr>
          <w:p>
            <w:r>
              <w:t>Hvor depositumet står</w:t>
            </w:r>
          </w:p>
        </w:tc>
        <w:tc>
          <w:tcPr>
            <w:tcW w:type="dxa" w:w="4153"/>
          </w:tcPr>
          <w:p>
            <w:r>
              <w:t>[DEPOSITUMSKONTO I BANK / KONTANT / UTLEIERS KONTO]</w:t>
            </w:r>
          </w:p>
        </w:tc>
      </w:tr>
      <w:tr>
        <w:tc>
          <w:tcPr>
            <w:tcW w:type="dxa" w:w="4153"/>
          </w:tcPr>
          <w:p>
            <w:r>
              <w:t>Banken og kontonummeret</w:t>
            </w:r>
          </w:p>
        </w:tc>
        <w:tc>
          <w:tcPr>
            <w:tcW w:type="dxa" w:w="4153"/>
          </w:tcPr>
          <w:p>
            <w:r>
              <w:t>[BANK, KONTONUMMER]</w:t>
            </w:r>
          </w:p>
        </w:tc>
      </w:tr>
      <w:tr>
        <w:tc>
          <w:tcPr>
            <w:tcW w:type="dxa" w:w="4153"/>
          </w:tcPr>
          <w:p>
            <w:r>
              <w:t>Kontoen pengene skal til</w:t>
            </w:r>
          </w:p>
        </w:tc>
        <w:tc>
          <w:tcPr>
            <w:tcW w:type="dxa" w:w="4153"/>
          </w:tcPr>
          <w:p>
            <w:r>
              <w:t>[MITT KONTONUMMER]</w:t>
            </w:r>
          </w:p>
        </w:tc>
      </w:tr>
    </w:tbl>
    <w:p/>
    <w:p>
      <w:pPr>
        <w:pStyle w:val="ListBullet"/>
      </w:pPr>
      <w:r>
        <w:t>[ ] Leverte nøklene den [DATO]</w:t>
      </w:r>
    </w:p>
    <w:p>
      <w:pPr>
        <w:pStyle w:val="ListBullet"/>
      </w:pPr>
      <w:r>
        <w:t>[ ] Sendte kravet den [DATO]</w:t>
      </w:r>
    </w:p>
    <w:p>
      <w:pPr>
        <w:pStyle w:val="ListBullet"/>
      </w:pPr>
      <w:r>
        <w:t>[ ] Fikk kopi av bankens varsel til utleier den [DATO]</w:t>
      </w:r>
    </w:p>
    <w:p>
      <w:pPr>
        <w:pStyle w:val="ListBullet"/>
      </w:pPr>
      <w:r>
        <w:t>[ ] Pengene kom inn den [DATO]</w:t>
      </w:r>
    </w:p>
    <w:p>
      <w:pPr>
        <w:pStyle w:val="Heading2"/>
        <w:pageBreakBefore/>
      </w:pPr>
      <w:r>
        <w:t>1. Til banken: krav om utbetaling av depositum</w:t>
      </w:r>
    </w:p>
    <w:p>
      <w:r>
        <w:t>[FULLT NAVN]</w:t>
      </w:r>
      <w:r>
        <w:br/>
      </w:r>
      <w:r>
        <w:t>[ADRESSE] · [TELEFON] · [E-POST]</w:t>
      </w:r>
    </w:p>
    <w:p>
      <w:r>
        <w:t>Til: [BANK]</w:t>
      </w:r>
    </w:p>
    <w:p>
      <w:r>
        <w:t>[DATO]</w:t>
      </w:r>
    </w:p>
    <w:p>
      <w:r>
        <w:rPr>
          <w:b/>
        </w:rPr>
        <w:t>Krav om utbetaling av depositum, konto [KONTONUMMER]</w:t>
      </w:r>
    </w:p>
    <w:p>
      <w:r>
        <w:t>Leieforholdet for [ADRESSE] med utleier [UTLEIERS NAVN] ble avsluttet [DATO]. Jeg krever at depositumet med renter utbetales til meg etter husleieloven § 3-5.</w:t>
      </w:r>
    </w:p>
    <w:p>
      <w:r>
        <w:t>Jeg ber banken sende skriftlig varsel til utleier og sende meg en kopi av varselet.</w:t>
      </w:r>
    </w:p>
    <w:p>
      <w:r>
        <w:t>Pengene skal til konto [MITT KONTONUMMER].</w:t>
      </w:r>
    </w:p>
    <w:p>
      <w:r>
        <w:t>Med vennlig hilsen</w:t>
      </w:r>
    </w:p>
    <w:p>
      <w:r>
        <w:t>[FULLT NAVN]</w:t>
      </w:r>
      <w:r>
        <w:br/>
      </w:r>
      <w:r>
        <w:t>Signatur: ____________________</w:t>
      </w:r>
    </w:p>
    <w:p>
      <w:pPr>
        <w:pStyle w:val="Heading2"/>
        <w:pageBreakBefore/>
      </w:pPr>
      <w:r>
        <w:t>2. Til utleier: krav om tilbakebetaling av depositum</w:t>
      </w:r>
    </w:p>
    <w:p>
      <w:r>
        <w:t>[FULLT NAVN]</w:t>
      </w:r>
      <w:r>
        <w:br/>
      </w:r>
      <w:r>
        <w:t>[ADRESSE] · [TELEFON] · [E-POST]</w:t>
      </w:r>
    </w:p>
    <w:p>
      <w:r>
        <w:t>Til: [UTLEIERS NAVN], [ADRESSE]</w:t>
      </w:r>
    </w:p>
    <w:p>
      <w:r>
        <w:t>[DATO]</w:t>
      </w:r>
    </w:p>
    <w:p>
      <w:r>
        <w:rPr>
          <w:b/>
        </w:rPr>
        <w:t>Krav om tilbakebetaling av depositum for [ADRESSE]</w:t>
      </w:r>
    </w:p>
    <w:p>
      <w:r>
        <w:t>Jeg betalte [BELØP] kr i depositum den [DATO], [KONTANT / TIL DIN KONTO]. Depositumet ble ikke satt på en særskilt konto i mitt navn, slik husleieloven § 3-5 krever.</w:t>
      </w:r>
    </w:p>
    <w:p>
      <w:r>
        <w:t>Jeg krever at beløpet betales tilbake til konto [MITT KONTONUMMER] innen [DATO], med renter fra den dagen jeg betalte.</w:t>
      </w:r>
    </w:p>
    <w:p>
      <w:r>
        <w:t>Får jeg ikke svar innen fristen, vil jeg klage saken inn for Husleietvistutvalget.</w:t>
      </w:r>
    </w:p>
    <w:p>
      <w:r>
        <w:t>Med vennlig hilsen</w:t>
      </w:r>
    </w:p>
    <w:p>
      <w:r>
        <w:t>[FULLT NAVN]</w:t>
      </w:r>
      <w:r>
        <w:br/>
      </w:r>
      <w:r>
        <w:t>Signatur: ____________________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Krav om å få tilbake depositum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