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Demande de stage</w:t>
      </w:r>
    </w:p>
    <w:p>
      <w:r>
        <w:t>[PRÉNOM ET NOM]</w:t>
      </w:r>
      <w:r>
        <w:br/>
      </w:r>
      <w:r>
        <w:t>[ADRESSE]</w:t>
      </w:r>
      <w:r>
        <w:br/>
      </w:r>
      <w:r>
        <w:t>[TÉLÉPHONE] · [E-MAIL]</w:t>
      </w:r>
    </w:p>
    <w:p>
      <w:r>
        <w:t>À l’attention de [NOM DU RESPONSABLE OU SERVICE DES RESSOURCES HUMAINES]</w:t>
      </w:r>
      <w:r>
        <w:br/>
      </w:r>
      <w:r>
        <w:t>[NOM DE L’ENTREPRISE]</w:t>
      </w:r>
      <w:r>
        <w:br/>
      </w:r>
      <w:r>
        <w:t>[ADRESSE DE L’ENTREPRISE]</w:t>
      </w:r>
    </w:p>
    <w:p>
      <w:r>
        <w:t>[VILLE], le [DATE]</w:t>
      </w:r>
    </w:p>
    <w:p>
      <w:r>
        <w:rPr>
          <w:b/>
        </w:rPr>
        <w:t>Objet : demande de stage de [DURÉE] à partir du [DATE DE DÉBUT]</w:t>
      </w:r>
    </w:p>
    <w:p>
      <w:r>
        <w:t>Madame, Monsieur,</w:t>
      </w:r>
    </w:p>
    <w:p>
      <w:r>
        <w:t>[TITULAIRE D’UN(E) OU ÉTUDIANT(E) EN] [DIPLÔME OU FILIÈRE] à [ÉCOLE OU UNIVERSITÉ], je souhaite acquérir une expérience professionnelle dans le domaine de [DOMAINE]. Je sollicite un stage au sein de [NOM DE L’ENTREPRISE], au service [SERVICE SOUHAITÉ].</w:t>
      </w:r>
    </w:p>
    <w:p>
      <w:r>
        <w:t>Je peux apporter à votre équipe : [DEUX COMPÉTENCES OU RÉALISATIONS PRÉCISES].</w:t>
      </w:r>
    </w:p>
    <w:p>
      <w:r>
        <w:t>Votre entreprise m’intéresse parce que [RAISON PRÉCISE].</w:t>
      </w:r>
    </w:p>
    <w:p>
      <w:r>
        <w:t>Je suis disponible à partir du [DATE DE DÉBUT] pour une durée de [DURÉE]. Si ma demande retient votre attention, je serai heureux(se) de vous rencontrer et de préparer avec vous le contrat ou la convention de stage par écrit.</w:t>
      </w:r>
    </w:p>
    <w:p>
      <w:r>
        <w:t>Je joins à cette lettre mon CV et [COPIE DU DIPLÔME OU ATTESTATION D’INSCRIPTION].</w:t>
      </w:r>
    </w:p>
    <w:p>
      <w:r>
        <w:t>Je vous prie d’agréer, Madame, Monsieur, l’expression de mes salutations distinguées.</w:t>
      </w:r>
    </w:p>
    <w:p>
      <w:r>
        <w:t>[SIGNATURE]</w:t>
      </w:r>
    </w:p>
    <w:p>
      <w:r>
        <w:t>[PRÉNOM ET NOM]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S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stage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