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Demande d’extrait du bulletin n° 3 du casier judiciaire</w:t>
      </w:r>
    </w:p>
    <w:p>
      <w:r>
        <w:t>[PRÉNOM(S) ET NOM]</w:t>
      </w:r>
      <w:r>
        <w:br/>
      </w:r>
      <w:r>
        <w:t>[ADRESSE]</w:t>
      </w:r>
      <w:r>
        <w:br/>
      </w:r>
      <w:r>
        <w:t>[TÉLÉPHONE] · [E-MAIL]</w:t>
      </w:r>
    </w:p>
    <w:p>
      <w:r>
        <w:t>À Monsieur ou Madame le Greffier en chef</w:t>
      </w:r>
      <w:r>
        <w:br/>
      </w:r>
      <w:r>
        <w:t>[GREFFE DU TRIBUNAL DE GRANDE INSTANCE DE VOTRE LIEU DE NAISSANCE, OU GREFFE DE LA COUR D’APPEL DE DAKAR SI VOUS ÊTES NÉ(E) À L’ÉTRANGER]</w:t>
      </w:r>
    </w:p>
    <w:p>
      <w:r>
        <w:t>[VILLE], le [DATE]</w:t>
      </w:r>
    </w:p>
    <w:p>
      <w:r>
        <w:rPr>
          <w:b/>
        </w:rPr>
        <w:t>Objet : demande d’extrait du bulletin n° 3 du casier judiciaire</w:t>
      </w:r>
    </w:p>
    <w:p>
      <w:r>
        <w:t>Monsieur ou Madame le Greffier en chef,</w:t>
      </w:r>
    </w:p>
    <w:p>
      <w:r>
        <w:t>Je soussigné(e) [PRÉNOM(S) ET NOM] sollicite la délivrance d’un extrait du bulletin n° 3 de mon casier judiciaire [SI NÉ(E) À L’ÉTRANGER : DU CASIER JUDICIAIRE SPÉCIAL].</w:t>
      </w:r>
    </w:p>
    <w:p>
      <w:r>
        <w:t>Mes renseignements 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Renseignement</w:t>
            </w:r>
          </w:p>
        </w:tc>
        <w:tc>
          <w:tcPr>
            <w:tcW w:type="dxa" w:w="4153"/>
          </w:tcPr>
          <w:p>
            <w:r>
              <w:rPr>
                <w:b/>
              </w:rPr>
              <w:t>Valeur</w:t>
            </w:r>
          </w:p>
        </w:tc>
      </w:tr>
      <w:tr>
        <w:tc>
          <w:tcPr>
            <w:tcW w:type="dxa" w:w="4153"/>
          </w:tcPr>
          <w:p>
            <w:r>
              <w:t>Nom</w:t>
            </w:r>
          </w:p>
        </w:tc>
        <w:tc>
          <w:tcPr>
            <w:tcW w:type="dxa" w:w="4153"/>
          </w:tcPr>
          <w:p>
            <w:r>
              <w:t>[NOM]</w:t>
            </w:r>
          </w:p>
        </w:tc>
      </w:tr>
      <w:tr>
        <w:tc>
          <w:tcPr>
            <w:tcW w:type="dxa" w:w="4153"/>
          </w:tcPr>
          <w:p>
            <w:r>
              <w:t>Prénom(s)</w:t>
            </w:r>
          </w:p>
        </w:tc>
        <w:tc>
          <w:tcPr>
            <w:tcW w:type="dxa" w:w="4153"/>
          </w:tcPr>
          <w:p>
            <w:r>
              <w:t>[PRÉNOM(S)]</w:t>
            </w:r>
          </w:p>
        </w:tc>
      </w:tr>
      <w:tr>
        <w:tc>
          <w:tcPr>
            <w:tcW w:type="dxa" w:w="4153"/>
          </w:tcPr>
          <w:p>
            <w:r>
              <w:t>Date de naissance</w:t>
            </w:r>
          </w:p>
        </w:tc>
        <w:tc>
          <w:tcPr>
            <w:tcW w:type="dxa" w:w="4153"/>
          </w:tcPr>
          <w:p>
            <w:r>
              <w:t>[JJ/MM/AAAA]</w:t>
            </w:r>
          </w:p>
        </w:tc>
      </w:tr>
      <w:tr>
        <w:tc>
          <w:tcPr>
            <w:tcW w:type="dxa" w:w="4153"/>
          </w:tcPr>
          <w:p>
            <w:r>
              <w:t>Lieu de naissance</w:t>
            </w:r>
          </w:p>
        </w:tc>
        <w:tc>
          <w:tcPr>
            <w:tcW w:type="dxa" w:w="4153"/>
          </w:tcPr>
          <w:p>
            <w:r>
              <w:t>[VILLE, PAYS]</w:t>
            </w:r>
          </w:p>
        </w:tc>
      </w:tr>
      <w:tr>
        <w:tc>
          <w:tcPr>
            <w:tcW w:type="dxa" w:w="4153"/>
          </w:tcPr>
          <w:p>
            <w:r>
              <w:t>Père</w:t>
            </w:r>
          </w:p>
        </w:tc>
        <w:tc>
          <w:tcPr>
            <w:tcW w:type="dxa" w:w="4153"/>
          </w:tcPr>
          <w:p>
            <w:r>
              <w:t>[PRÉNOM(S) ET NOM DU PÈRE]</w:t>
            </w:r>
          </w:p>
        </w:tc>
      </w:tr>
      <w:tr>
        <w:tc>
          <w:tcPr>
            <w:tcW w:type="dxa" w:w="4153"/>
          </w:tcPr>
          <w:p>
            <w:r>
              <w:t>Mère</w:t>
            </w:r>
          </w:p>
        </w:tc>
        <w:tc>
          <w:tcPr>
            <w:tcW w:type="dxa" w:w="4153"/>
          </w:tcPr>
          <w:p>
            <w:r>
              <w:t>[PRÉNOM(S) ET NOM DE LA MÈRE]</w:t>
            </w:r>
          </w:p>
        </w:tc>
      </w:tr>
      <w:tr>
        <w:tc>
          <w:tcPr>
            <w:tcW w:type="dxa" w:w="4153"/>
          </w:tcPr>
          <w:p>
            <w:r>
              <w:t>Nationalité</w:t>
            </w:r>
          </w:p>
        </w:tc>
        <w:tc>
          <w:tcPr>
            <w:tcW w:type="dxa" w:w="4153"/>
          </w:tcPr>
          <w:p>
            <w:r>
              <w:t>[NATIONALITÉ]</w:t>
            </w:r>
          </w:p>
        </w:tc>
      </w:tr>
      <w:tr>
        <w:tc>
          <w:tcPr>
            <w:tcW w:type="dxa" w:w="4153"/>
          </w:tcPr>
          <w:p>
            <w:r>
              <w:t>Profession</w:t>
            </w:r>
          </w:p>
        </w:tc>
        <w:tc>
          <w:tcPr>
            <w:tcW w:type="dxa" w:w="4153"/>
          </w:tcPr>
          <w:p>
            <w:r>
              <w:t>[PROFESSION]</w:t>
            </w:r>
          </w:p>
        </w:tc>
      </w:tr>
      <w:tr>
        <w:tc>
          <w:tcPr>
            <w:tcW w:type="dxa" w:w="4153"/>
          </w:tcPr>
          <w:p>
            <w:r>
              <w:t>Situation matrimoniale</w:t>
            </w:r>
          </w:p>
        </w:tc>
        <w:tc>
          <w:tcPr>
            <w:tcW w:type="dxa" w:w="4153"/>
          </w:tcPr>
          <w:p>
            <w:r>
              <w:t>[CÉLIBATAIRE, MARIÉ(E), DIVORCÉ(E), VEUF OU VEUVE]</w:t>
            </w:r>
          </w:p>
        </w:tc>
      </w:tr>
      <w:tr>
        <w:tc>
          <w:tcPr>
            <w:tcW w:type="dxa" w:w="4153"/>
          </w:tcPr>
          <w:p>
            <w:r>
              <w:t>Carte nationale d’identité</w:t>
            </w:r>
          </w:p>
        </w:tc>
        <w:tc>
          <w:tcPr>
            <w:tcW w:type="dxa" w:w="4153"/>
          </w:tcPr>
          <w:p>
            <w:r>
              <w:t>[NUMÉRO]</w:t>
            </w:r>
          </w:p>
        </w:tc>
      </w:tr>
    </w:tbl>
    <w:p/>
    <w:p>
      <w:r>
        <w:t>Je joins :</w:t>
      </w:r>
    </w:p>
    <w:p>
      <w:pPr>
        <w:pStyle w:val="ListBullet"/>
      </w:pPr>
      <w:r>
        <w:t>☐ Extrait d’acte de naissance</w:t>
      </w:r>
    </w:p>
    <w:p>
      <w:pPr>
        <w:pStyle w:val="ListBullet"/>
      </w:pPr>
      <w:r>
        <w:t>☐ ou copie certifiée conforme de ma carte nationale d’identité, recto verso</w:t>
      </w:r>
    </w:p>
    <w:p>
      <w:r>
        <w:t>Je certifie l’exactitude des renseignements ci-dessus.</w:t>
      </w:r>
    </w:p>
    <w:p>
      <w:r>
        <w:t>Je vous prie d’agréer, Monsieur ou Madame le Greffier en chef, l’expression de ma considération distinguée.</w:t>
      </w:r>
    </w:p>
    <w:p>
      <w:r>
        <w:t>[SIGNATURE]</w:t>
      </w:r>
      <w:r>
        <w:br/>
      </w:r>
      <w:r>
        <w:t>[PRÉNOM(S) ET NOM]</w:t>
      </w:r>
    </w:p>
    <w:p>
      <w:pPr>
        <w:pStyle w:val="Heading2"/>
        <w:pageBreakBefore/>
      </w:pPr>
      <w:r>
        <w:t>Avant d’y aller</w:t>
      </w:r>
    </w:p>
    <w:p>
      <w:pPr>
        <w:pStyle w:val="ListBullet"/>
      </w:pPr>
      <w:r>
        <w:t>Né(e) au Sénégal : greffe du tribunal de grande instance de votre lieu de naissance.</w:t>
      </w:r>
    </w:p>
    <w:p>
      <w:pPr>
        <w:pStyle w:val="ListBullet"/>
      </w:pPr>
      <w:r>
        <w:t>Sénégalais(e) né(e) à l’étranger : greffe de la Cour d’Appel de Dakar.</w:t>
      </w:r>
    </w:p>
    <w:p>
      <w:pPr>
        <w:pStyle w:val="ListBullet"/>
      </w:pPr>
      <w:r>
        <w:t>Pièce : extrait d’acte de naissance ou carte nationale d’identité.</w:t>
      </w:r>
    </w:p>
    <w:p>
      <w:pPr>
        <w:pStyle w:val="ListBullet"/>
      </w:pPr>
      <w:r>
        <w:t>Délai annoncé par le ministère : un jour.</w:t>
      </w:r>
    </w:p>
    <w:p>
      <w:pPr>
        <w:pStyle w:val="ListBullet"/>
      </w:pPr>
      <w:r>
        <w:t>Frais : à demander au greffe.</w:t>
      </w:r>
    </w:p>
    <w:p>
      <w:pPr>
        <w:pStyle w:val="ListBullet"/>
      </w:pPr>
      <w:r>
        <w:t>En ligne : e-Sénégal, dans les juridictions pilotes (Dakar, Rufisque, Pikine, Guédiawaye, Keur Massar, Thiès, Kaolack, Saint-Louis, Louga).</w:t>
      </w:r>
    </w:p>
    <w:p>
      <w:pPr>
        <w:pStyle w:val="ListBullet"/>
      </w:pPr>
      <w:r>
        <w:t>Perte ou vol : déclaration à la police ou à la gendarmerie, puis nouvelle demande.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S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d’extrait du bulletin n° 3 du casier judiciaire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