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</w:pPr>
      <w:r>
        <w:t>CV</w:t>
      </w:r>
    </w:p>
    <w:p>
      <w:r>
        <w:rPr>
          <w:b/>
        </w:rPr>
        <w:t>[FÖRNAMN EFTERNAMN]</w:t>
      </w:r>
      <w:r>
        <w:br/>
      </w:r>
      <w:r>
        <w:t>[YRKESTITEL ELLER TJÄNSTEN DU SÖKER]</w:t>
      </w:r>
    </w:p>
    <w:p>
      <w:r>
        <w:t>[ORT] · [TELEFON] · [E-POST]</w:t>
      </w:r>
      <w:r>
        <w:br/>
      </w:r>
      <w:r>
        <w:t>[LÄNK TILL LINKEDIN ELLER PORTFOLIO, VALFRITT]</w:t>
      </w:r>
    </w:p>
    <w:p>
      <w:r>
        <w:t>[FOTO, VALFRITT: ETT PROFFSIGT PORTRÄTT]</w:t>
      </w:r>
    </w:p>
    <w:p>
      <w:pPr>
        <w:pStyle w:val="Heading2"/>
      </w:pPr>
      <w:r>
        <w:t>Om mig</w:t>
      </w:r>
    </w:p>
    <w:p>
      <w:r>
        <w:t>[TRE–FYRA MENINGAR OM VAD DU KAN, VAD DU HAR GJORT OCH VARFÖR DU PASSAR FÖR JUST DEN HÄR TJÄNSTEN. ANVÄND ORD UR ANNONSEN.]</w:t>
      </w:r>
    </w:p>
    <w:p>
      <w:pPr>
        <w:pStyle w:val="Heading2"/>
      </w:pPr>
      <w:r>
        <w:t>Arbetslivserfarenhet</w:t>
      </w:r>
    </w:p>
    <w:p>
      <w:r>
        <w:rPr>
          <w:b/>
        </w:rPr>
        <w:t>[TITEL]</w:t>
      </w:r>
      <w:r>
        <w:t>, [ARBETSGIVARE], [ORT]</w:t>
      </w:r>
      <w:r>
        <w:br/>
      </w:r>
      <w:r>
        <w:t>[ÅÅÅÅ-MM] – [ÅÅÅÅ-MM ELLER PÅGÅENDE]</w:t>
      </w:r>
    </w:p>
    <w:p>
      <w:pPr>
        <w:pStyle w:val="ListBullet"/>
      </w:pPr>
      <w:r>
        <w:t>[VAD DU GJORDE, MED ETT VERB FÖRST: LEDDE, FÖRBÄTTRADE, SÅLDE, BYGGDE]</w:t>
      </w:r>
    </w:p>
    <w:p>
      <w:pPr>
        <w:pStyle w:val="ListBullet"/>
      </w:pPr>
      <w:r>
        <w:t>[ETT RESULTAT, GÄRNA MED EN SIFFRA]</w:t>
      </w:r>
    </w:p>
    <w:p>
      <w:r>
        <w:rPr>
          <w:b/>
        </w:rPr>
        <w:t>[TITEL]</w:t>
      </w:r>
      <w:r>
        <w:t>, [ARBETSGIVARE], [ORT]</w:t>
      </w:r>
      <w:r>
        <w:br/>
      </w:r>
      <w:r>
        <w:t>[ÅÅÅÅ-MM] – [ÅÅÅÅ-MM]</w:t>
      </w:r>
    </w:p>
    <w:p>
      <w:pPr>
        <w:pStyle w:val="ListBullet"/>
      </w:pPr>
      <w:r>
        <w:t>[ARBETSUPPGIFT]</w:t>
      </w:r>
    </w:p>
    <w:p>
      <w:pPr>
        <w:pStyle w:val="ListBullet"/>
      </w:pPr>
      <w:r>
        <w:t>[RESULTAT]</w:t>
      </w:r>
    </w:p>
    <w:p>
      <w:r>
        <w:t>[OM DU HAR ETT LÄNGRE UPPEHÅLL: EN RAD OM VAD DU GJORDE UNDER TIDEN, T.EX. STUDIER ELLER RESOR]</w:t>
      </w:r>
    </w:p>
    <w:p>
      <w:pPr>
        <w:pStyle w:val="Heading2"/>
      </w:pPr>
      <w:r>
        <w:t>Utbildning</w:t>
      </w:r>
    </w:p>
    <w:p>
      <w:r>
        <w:rPr>
          <w:b/>
        </w:rPr>
        <w:t>[EXAMEN ELLER PROGRAM]</w:t>
      </w:r>
      <w:r>
        <w:t>, [SKOLA ELLER LÄROSÄTE], [ORT]</w:t>
      </w:r>
      <w:r>
        <w:br/>
      </w:r>
      <w:r>
        <w:t>[ÅÅÅÅ] – [ÅÅÅÅ]</w:t>
      </w:r>
    </w:p>
    <w:p>
      <w:r>
        <w:rPr>
          <w:b/>
        </w:rPr>
        <w:t>[GYMNASIEPROGRAM ELLER ANNAN UTBILDNING]</w:t>
      </w:r>
      <w:r>
        <w:t>, [SKOLA], [ORT]</w:t>
      </w:r>
      <w:r>
        <w:br/>
      </w:r>
      <w:r>
        <w:t>[ÅÅÅÅ] – [ÅÅÅÅ]</w:t>
      </w:r>
    </w:p>
    <w:p>
      <w:pPr>
        <w:pStyle w:val="Heading2"/>
      </w:pPr>
      <w:r>
        <w:t>Kurser och certifikat</w:t>
      </w:r>
    </w:p>
    <w:p>
      <w:pPr>
        <w:pStyle w:val="ListBullet"/>
      </w:pPr>
      <w:r>
        <w:t>[KURS ELLER CERTIFIKAT], [ARRANGÖR], [ÅÅÅÅ]</w:t>
      </w:r>
    </w:p>
    <w:p>
      <w:pPr>
        <w:pStyle w:val="Heading2"/>
      </w:pPr>
      <w:r>
        <w:t>Kompetenser</w:t>
      </w:r>
    </w:p>
    <w:p>
      <w:pPr>
        <w:pStyle w:val="ListBullet"/>
      </w:pPr>
      <w:r>
        <w:t>[KOMPETENS SOM ANNONSEN EFTERFRÅGAR]</w:t>
      </w:r>
    </w:p>
    <w:p>
      <w:pPr>
        <w:pStyle w:val="ListBullet"/>
      </w:pPr>
      <w:r>
        <w:t>[DATORPROGRAM, SYSTEM ELLER VERKTYG]</w:t>
      </w:r>
    </w:p>
    <w:p>
      <w:pPr>
        <w:pStyle w:val="ListBullet"/>
      </w:pPr>
      <w:r>
        <w:t>[ANNAN KOMPETENS]</w:t>
      </w:r>
    </w:p>
    <w:p>
      <w:pPr>
        <w:pStyle w:val="Heading2"/>
      </w:pPr>
      <w:r>
        <w:t>Språk</w:t>
      </w:r>
    </w:p>
    <w:p>
      <w:r>
        <w:t>Modersmål: [SPRÅK]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1384"/>
        <w:gridCol w:w="1384"/>
        <w:gridCol w:w="1384"/>
        <w:gridCol w:w="1384"/>
        <w:gridCol w:w="1384"/>
        <w:gridCol w:w="1384"/>
      </w:tblGrid>
      <w:tr>
        <w:tc>
          <w:tcPr>
            <w:tcW w:type="dxa" w:w="1384"/>
          </w:tcPr>
          <w:p>
            <w:r>
              <w:rPr>
                <w:b/>
              </w:rPr>
              <w:t>Språk</w:t>
            </w:r>
          </w:p>
        </w:tc>
        <w:tc>
          <w:tcPr>
            <w:tcW w:type="dxa" w:w="1384"/>
          </w:tcPr>
          <w:p>
            <w:r>
              <w:rPr>
                <w:b/>
              </w:rPr>
              <w:t>Hörförståelse</w:t>
            </w:r>
          </w:p>
        </w:tc>
        <w:tc>
          <w:tcPr>
            <w:tcW w:type="dxa" w:w="1384"/>
          </w:tcPr>
          <w:p>
            <w:r>
              <w:rPr>
                <w:b/>
              </w:rPr>
              <w:t>Läsförståelse</w:t>
            </w:r>
          </w:p>
        </w:tc>
        <w:tc>
          <w:tcPr>
            <w:tcW w:type="dxa" w:w="1384"/>
          </w:tcPr>
          <w:p>
            <w:r>
              <w:rPr>
                <w:b/>
              </w:rPr>
              <w:t>Muntlig interaktion</w:t>
            </w:r>
          </w:p>
        </w:tc>
        <w:tc>
          <w:tcPr>
            <w:tcW w:type="dxa" w:w="1384"/>
          </w:tcPr>
          <w:p>
            <w:r>
              <w:rPr>
                <w:b/>
              </w:rPr>
              <w:t>Muntlig produktion</w:t>
            </w:r>
          </w:p>
        </w:tc>
        <w:tc>
          <w:tcPr>
            <w:tcW w:type="dxa" w:w="1384"/>
          </w:tcPr>
          <w:p>
            <w:r>
              <w:rPr>
                <w:b/>
              </w:rPr>
              <w:t>Skriva</w:t>
            </w:r>
          </w:p>
        </w:tc>
      </w:tr>
      <w:tr>
        <w:tc>
          <w:tcPr>
            <w:tcW w:type="dxa" w:w="1384"/>
          </w:tcPr>
          <w:p>
            <w:r>
              <w:t>[SPRÅK]</w:t>
            </w:r>
          </w:p>
        </w:tc>
        <w:tc>
          <w:tcPr>
            <w:tcW w:type="dxa" w:w="1384"/>
          </w:tcPr>
          <w:p>
            <w:r>
              <w:t>[A1–C2]</w:t>
            </w:r>
          </w:p>
        </w:tc>
        <w:tc>
          <w:tcPr>
            <w:tcW w:type="dxa" w:w="1384"/>
          </w:tcPr>
          <w:p>
            <w:r>
              <w:t>[A1–C2]</w:t>
            </w:r>
          </w:p>
        </w:tc>
        <w:tc>
          <w:tcPr>
            <w:tcW w:type="dxa" w:w="1384"/>
          </w:tcPr>
          <w:p>
            <w:r>
              <w:t>[A1–C2]</w:t>
            </w:r>
          </w:p>
        </w:tc>
        <w:tc>
          <w:tcPr>
            <w:tcW w:type="dxa" w:w="1384"/>
          </w:tcPr>
          <w:p>
            <w:r>
              <w:t>[A1–C2]</w:t>
            </w:r>
          </w:p>
        </w:tc>
        <w:tc>
          <w:tcPr>
            <w:tcW w:type="dxa" w:w="1384"/>
          </w:tcPr>
          <w:p>
            <w:r>
              <w:t>[A1–C2]</w:t>
            </w:r>
          </w:p>
        </w:tc>
      </w:tr>
      <w:tr>
        <w:tc>
          <w:tcPr>
            <w:tcW w:type="dxa" w:w="1384"/>
          </w:tcPr>
          <w:p>
            <w:r>
              <w:t>[SPRÅK]</w:t>
            </w:r>
          </w:p>
        </w:tc>
        <w:tc>
          <w:tcPr>
            <w:tcW w:type="dxa" w:w="1384"/>
          </w:tcPr>
          <w:p>
            <w:r>
              <w:t>[A1–C2]</w:t>
            </w:r>
          </w:p>
        </w:tc>
        <w:tc>
          <w:tcPr>
            <w:tcW w:type="dxa" w:w="1384"/>
          </w:tcPr>
          <w:p>
            <w:r>
              <w:t>[A1–C2]</w:t>
            </w:r>
          </w:p>
        </w:tc>
        <w:tc>
          <w:tcPr>
            <w:tcW w:type="dxa" w:w="1384"/>
          </w:tcPr>
          <w:p>
            <w:r>
              <w:t>[A1–C2]</w:t>
            </w:r>
          </w:p>
        </w:tc>
        <w:tc>
          <w:tcPr>
            <w:tcW w:type="dxa" w:w="1384"/>
          </w:tcPr>
          <w:p>
            <w:r>
              <w:t>[A1–C2]</w:t>
            </w:r>
          </w:p>
        </w:tc>
        <w:tc>
          <w:tcPr>
            <w:tcW w:type="dxa" w:w="1384"/>
          </w:tcPr>
          <w:p>
            <w:r>
              <w:t>[A1–C2]</w:t>
            </w:r>
          </w:p>
        </w:tc>
      </w:tr>
    </w:tbl>
    <w:p/>
    <w:p>
      <w:r>
        <w:t>Nivåer enligt Gemensam europeisk referensram för språk: A1 är lägst, C2 är högst.</w:t>
      </w:r>
    </w:p>
    <w:p>
      <w:pPr>
        <w:pStyle w:val="Heading2"/>
      </w:pPr>
      <w:r>
        <w:t>Övrigt</w:t>
      </w:r>
    </w:p>
    <w:p>
      <w:pPr>
        <w:pStyle w:val="ListBullet"/>
      </w:pPr>
      <w:r>
        <w:t>Körkort: [B ELLER ANNAN BEHÖRIGHET, ELLER STRYK RADEN]</w:t>
      </w:r>
    </w:p>
    <w:p>
      <w:pPr>
        <w:pStyle w:val="ListBullet"/>
      </w:pPr>
      <w:r>
        <w:t>[IDEELLT ENGAGEMANG ELLER INTRESSE SOM HÖR TILL JOBBET, VALFRITT]</w:t>
      </w:r>
    </w:p>
    <w:p>
      <w:pPr>
        <w:pStyle w:val="Heading2"/>
      </w:pPr>
      <w:r>
        <w:t>Referenser</w:t>
      </w:r>
    </w:p>
    <w:p>
      <w:r>
        <w:t>[NAMN, ROLL OCH TELEFON — ELLER: LÄMNAS PÅ BEGÄRAN]</w:t>
      </w:r>
    </w:p>
    <w:p>
      <w:pPr>
        <w:pStyle w:val="Heading2"/>
        <w:pageBreakBefore/>
      </w:pPr>
      <w:r>
        <w:t>För mig: innan jag skickar</w:t>
      </w:r>
    </w:p>
    <w:p>
      <w:pPr>
        <w:pStyle w:val="ListBullet"/>
      </w:pPr>
      <w:r>
        <w:t>[ ] Senaste jobbet och utbildningen står först, och längre uppehåll har en kort förklaring (Europass)</w:t>
      </w:r>
    </w:p>
    <w:p>
      <w:pPr>
        <w:pStyle w:val="ListBullet"/>
      </w:pPr>
      <w:r>
        <w:t>[ ] ”Om mig” är skriven för just den här tjänsten, med ord ur annonsen (Europass)</w:t>
      </w:r>
    </w:p>
    <w:p>
      <w:pPr>
        <w:pStyle w:val="ListBullet"/>
      </w:pPr>
      <w:r>
        <w:t>[ ] Bara personliga uppgifter som är relevanta för jobbet är med (Europass)</w:t>
      </w:r>
    </w:p>
    <w:p>
      <w:pPr>
        <w:pStyle w:val="ListBullet"/>
      </w:pPr>
      <w:r>
        <w:t>[ ] Språk med nivå A1–C2 för hörförståelse, läsförståelse, muntlig interaktion, muntlig produktion och skriva (Gemensam europeisk referensram, Europass)</w:t>
      </w:r>
    </w:p>
    <w:p>
      <w:pPr>
        <w:pStyle w:val="ListBullet"/>
      </w:pPr>
      <w:r>
        <w:t>[ ] Stavning och grammatik är kontrollerade och e-postadressen ser seriös ut (Europass)</w:t>
      </w:r>
    </w:p>
    <w:p>
      <w:pPr>
        <w:pStyle w:val="ListBullet"/>
      </w:pPr>
      <w:r>
        <w:t>[ ] Har jag med ett foto är det proffsigt; fältet är valfritt (Europass)</w:t>
      </w:r>
    </w:p>
    <w:p>
      <w:pPr>
        <w:pStyle w:val="ListBullet"/>
      </w:pPr>
      <w:r>
        <w:t>[ ] Arbetsgivaren får inte diskriminera den som söker arbete på grund av kön, könsöverskridande identitet eller uttryck, etnisk tillhörighet, religion eller annan trosuppfattning, funktionsnedsättning, sexuell läggning eller ålder (diskrimineringslagen 2008:567, 1 kap. 1 § och 2 kap. 1 §)</w:t>
      </w:r>
    </w:p>
    <w:p>
      <w:pPr>
        <w:pStyle w:val="ListBullet"/>
      </w:pPr>
      <w:r>
        <w:t>[ ] Blir jag inte anställd eller inte kallad till intervju kan jag på begäran få skriftligt besked om vilken utbildning, yrkeserfarenhet och andra meriter den som fick jobbet har (diskrimineringslagen, 2 kap. 4 §)</w:t>
      </w:r>
    </w:p>
    <w:sectPr w:rsidR="00FC693F" w:rsidRPr="0006063C" w:rsidSect="00034616">
      <w:pgSz w:w="11906" w:h="16838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sv-S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 w:cs="Arial" w:eastAsia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="Arial" w:hAnsi="Arial" w:cs="Arial" w:eastAsia="Arial"/>
      <w:b/>
      <w:bCs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="Arial" w:hAnsi="Arial" w:cs="Arial" w:eastAsia="Arial"/>
      <w:b/>
      <w:bCs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="Arial" w:hAnsi="Arial" w:cs="Arial" w:eastAsia="Arial"/>
      <w:b/>
      <w:bCs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CV</dc:title>
  <dc:subject/>
  <dc:creator>Layers (layers.md)</dc:creator>
  <cp:keywords/>
  <dc:description>CC BY 4.0 · © Layers (layers.md)</dc:description>
  <cp:lastModifiedBy/>
  <cp:revision>1</cp:revision>
  <dcterms:created xsi:type="dcterms:W3CDTF">2026-10-29T00:00:00Z</dcterms:created>
  <dcterms:modified xsi:type="dcterms:W3CDTF">2026-10-29T00:00:00Z</dcterms:modified>
  <cp:category/>
</cp:coreProperties>
</file>