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Skrivelse till CSN: nedsättning av årsbelopp av synnerliga skäl</w:t>
      </w:r>
    </w:p>
    <w:p>
      <w:r>
        <w:t>[ORT], [DATUM]</w:t>
      </w:r>
    </w:p>
    <w:p>
      <w:r>
        <w:t>Till:</w:t>
      </w:r>
      <w:r>
        <w:br/>
      </w:r>
      <w:r>
        <w:t>Centrala studiestödsnämnden (CSN)</w:t>
      </w:r>
      <w:r>
        <w:br/>
      </w:r>
      <w:r>
        <w:t>[ADRESS ENLIGT BLANKETTEN ELLER MINA SIDOR]</w:t>
      </w:r>
    </w:p>
    <w:p>
      <w:r>
        <w:t>Från:</w:t>
      </w:r>
      <w:r>
        <w:br/>
      </w:r>
      <w:r>
        <w:t>[FÖRNAMN OCH EFTERNAMN]</w:t>
      </w:r>
      <w:r>
        <w:br/>
      </w:r>
      <w:r>
        <w:t>Personnummer: [PERSONNUMMER]</w:t>
      </w:r>
      <w:r>
        <w:br/>
      </w:r>
      <w:r>
        <w:t>Adress: [ADRESS]</w:t>
      </w:r>
      <w:r>
        <w:br/>
      </w:r>
      <w:r>
        <w:t>Telefon / e-post: [TELEFON / E-POST]</w:t>
      </w:r>
    </w:p>
    <w:p>
      <w:r>
        <w:rPr>
          <w:b/>
        </w:rPr>
        <w:t>Ärende: Ansökan om nedsättning av årsbelopp av synnerliga skäl, år [ÅR] (4 kap. 13 § 3 studiestödslagen)</w:t>
      </w:r>
    </w:p>
    <w:p>
      <w:r>
        <w:t>Jag ansöker om nedsättning av mitt årsbelopp för studielån för år [ÅR, T.EX. 2023] [OCH ÅR ...] på grund av synnerliga skäl. Blanketten för nedsättning bifogas. I denna skrivelse förklarar jag skälen och vilka intyg jag skickar med.</w:t>
      </w:r>
    </w:p>
    <w:p>
      <w:r>
        <w:t>Min situation under [ÅR] (kryssa det som gäller):</w:t>
      </w:r>
    </w:p>
    <w:p>
      <w:r>
        <w:t>( ) Jag var beroende av försörjningsstöd under minst tre månader i följd: från [MÅNAD] till [MÅNAD] [ÅR].</w:t>
      </w:r>
      <w:r>
        <w:br/>
      </w:r>
      <w:r>
        <w:t>( ) Jag hade hel aktivitetsersättning / hel sjukersättning från Försäkringskassan från [DATUM]. Min totala inkomst under året var [BELOPP] kr.</w:t>
      </w:r>
      <w:r>
        <w:br/>
      </w:r>
      <w:r>
        <w:t>( ) Min betalningsförmåga var tillfälligt begränsad på grund av en oförutsedd händelse: [T.EX. SJUKDOM, DÖDSFALL I FAMILJEN, BRAND, SEPARATION] den [DATUM].</w:t>
      </w:r>
    </w:p>
    <w:p>
      <w:r>
        <w:t>Så påverkade det min ekonomi: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076"/>
        <w:gridCol w:w="2076"/>
        <w:gridCol w:w="2076"/>
        <w:gridCol w:w="2076"/>
      </w:tblGrid>
      <w:tr>
        <w:tc>
          <w:tcPr>
            <w:tcW w:type="dxa" w:w="2076"/>
          </w:tcPr>
          <w:p>
            <w:r>
              <w:rPr>
                <w:b/>
              </w:rPr>
              <w:t>Månad</w:t>
            </w:r>
          </w:p>
        </w:tc>
        <w:tc>
          <w:tcPr>
            <w:tcW w:type="dxa" w:w="2076"/>
          </w:tcPr>
          <w:p>
            <w:r>
              <w:rPr>
                <w:b/>
              </w:rPr>
              <w:t>Inkomst (kr)</w:t>
            </w:r>
          </w:p>
        </w:tc>
        <w:tc>
          <w:tcPr>
            <w:tcW w:type="dxa" w:w="2076"/>
          </w:tcPr>
          <w:p>
            <w:r>
              <w:rPr>
                <w:b/>
              </w:rPr>
              <w:t>Försörjningsstöd / ersättning (kr)</w:t>
            </w:r>
          </w:p>
        </w:tc>
        <w:tc>
          <w:tcPr>
            <w:tcW w:type="dxa" w:w="2076"/>
          </w:tcPr>
          <w:p>
            <w:r>
              <w:rPr>
                <w:b/>
              </w:rPr>
              <w:t>Boende och fasta utgifter (kr)</w:t>
            </w:r>
          </w:p>
        </w:tc>
      </w:tr>
      <w:tr>
        <w:tc>
          <w:tcPr>
            <w:tcW w:type="dxa" w:w="2076"/>
          </w:tcPr>
          <w:p>
            <w:r>
              <w:t>[MÅNAD]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</w:tr>
      <w:tr>
        <w:tc>
          <w:tcPr>
            <w:tcW w:type="dxa" w:w="2076"/>
          </w:tcPr>
          <w:p>
            <w:r>
              <w:t>[MÅNAD]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</w:tr>
      <w:tr>
        <w:tc>
          <w:tcPr>
            <w:tcW w:type="dxa" w:w="2076"/>
          </w:tcPr>
          <w:p>
            <w:r>
              <w:t>[MÅNAD]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  <w:tc>
          <w:tcPr>
            <w:tcW w:type="dxa" w:w="2076"/>
          </w:tcPr>
          <w:p>
            <w:r>
              <w:t>[BELOPP]</w:t>
            </w:r>
          </w:p>
        </w:tc>
      </w:tr>
    </w:tbl>
    <w:p/>
    <w:p>
      <w:r>
        <w:t>Mitt årsbelopp för [ÅR] var [BELOPP] kr. Jag har betalat [BELOPP] kr av det. Jag ber CSN sätta ned årsbeloppet till [BELOPP, T.EX. DET JAG REDAN BETALAT / NOLL] kr.</w:t>
      </w:r>
    </w:p>
    <w:p>
      <w:r>
        <w:t>[KORT BESKRIVNING MED EGNA ORD: VAD SOM HÄNDE, HUR LÄNGE DET VARADE OCH VARFÖR JAG INTE KUNDE BETALA.]</w:t>
      </w:r>
    </w:p>
    <w:p>
      <w:r>
        <w:t>Bifogade intyg:</w:t>
      </w:r>
    </w:p>
    <w:p>
      <w:pPr>
        <w:pStyle w:val="ListNumber"/>
      </w:pPr>
      <w:r>
        <w:t>[INTYG FRÅN SOCIALKONTORET I [KOMMUN] OM MÅNADERNA FÖR FÖRSÖRJNINGSSTÖD]</w:t>
      </w:r>
    </w:p>
    <w:p>
      <w:pPr>
        <w:pStyle w:val="ListNumber"/>
      </w:pPr>
      <w:r>
        <w:t>[KOPIA AV FÖRSÄKRINGSKASSANS BESLUT DATERAT [DATUM]]</w:t>
      </w:r>
    </w:p>
    <w:p>
      <w:pPr>
        <w:pStyle w:val="ListNumber"/>
      </w:pPr>
      <w:r>
        <w:t>[ANNAT INTYG, T.EX. LÄKARINTYG ELLER KVITTON]</w:t>
      </w:r>
    </w:p>
    <w:p>
      <w:r>
        <w:t>Om skälet för nedsättningen upphör meddelar jag CSN direkt.</w:t>
      </w:r>
    </w:p>
    <w:p>
      <w:r>
        <w:t>Med vänlig hälsning</w:t>
      </w:r>
    </w:p>
    <w:p>
      <w:r>
        <w:t>[FÖRNAMN OCH EFTERNAMN]</w:t>
      </w:r>
      <w:r>
        <w:br/>
      </w:r>
      <w:r>
        <w:t>Underskrift: ____________________</w:t>
      </w:r>
    </w:p>
    <w:p>
      <w:r>
        <w:t>Bilagor: CSN:s blankett för nedsättning, intyg enligt listan ovan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År som ansökan gäller: [ÅR]; sista dag hos CSN: 30 november [ÅR + 3]</w:t>
      </w:r>
    </w:p>
    <w:p>
      <w:pPr>
        <w:pStyle w:val="ListBullet"/>
      </w:pPr>
      <w:r>
        <w:t>[ ] Blankett beställd på Mina sidor: [DATUM]</w:t>
      </w:r>
    </w:p>
    <w:p>
      <w:pPr>
        <w:pStyle w:val="ListBullet"/>
      </w:pPr>
      <w:r>
        <w:t>[ ] Intyg begärt från socialkontoret / Försäkringskassan: [DATUM]</w:t>
      </w:r>
    </w:p>
    <w:p>
      <w:pPr>
        <w:pStyle w:val="ListBullet"/>
      </w:pPr>
      <w:r>
        <w:t>[ ] Skickat den [DATUM], kopia sparad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Skrivelse till CSN: nedsättning av årsbelopp av synnerliga skäl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