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Beräkning av nytt årsbelopp för studielån (nedsättning efter inkomst)</w:t>
      </w:r>
    </w:p>
    <w:p>
      <w:r>
        <w:t>Namn: [FÖRNAMN OCH EFTERNAMN]</w:t>
      </w:r>
      <w:r>
        <w:br/>
      </w:r>
      <w:r>
        <w:t>Personnummer: [PERSONNUMMER]</w:t>
      </w:r>
      <w:r>
        <w:br/>
      </w:r>
      <w:r>
        <w:t>Betalningsår: [ÅR, T.EX. 2026]</w:t>
      </w:r>
      <w:r>
        <w:br/>
      </w:r>
      <w:r>
        <w:t>Ålder vid årets slut: [ÅLDER]</w:t>
      </w:r>
    </w:p>
    <w:p>
      <w:pPr>
        <w:pStyle w:val="Heading2"/>
      </w:pPr>
      <w:r>
        <w:t>1. Inkomst under betalningsåret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153"/>
        <w:gridCol w:w="4153"/>
      </w:tblGrid>
      <w:tr>
        <w:tc>
          <w:tcPr>
            <w:tcW w:type="dxa" w:w="4153"/>
          </w:tcPr>
          <w:p>
            <w:r>
              <w:rPr>
                <w:b/>
              </w:rPr>
              <w:t>Inkomst</w:t>
            </w:r>
          </w:p>
        </w:tc>
        <w:tc>
          <w:tcPr>
            <w:tcW w:type="dxa" w:w="4153"/>
          </w:tcPr>
          <w:p>
            <w:r>
              <w:rPr>
                <w:b/>
              </w:rPr>
              <w:t>Belopp (kr)</w:t>
            </w:r>
          </w:p>
        </w:tc>
      </w:tr>
      <w:tr>
        <w:tc>
          <w:tcPr>
            <w:tcW w:type="dxa" w:w="4153"/>
          </w:tcPr>
          <w:p>
            <w:r>
              <w:t>Lön, a-kassa, föräldrapenning, sjukpenning, pension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t>Bidragsdel i omställningsstudiestöd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t>Inkomst av eget företag (överskott)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t>Kapital (ränta, utdelning, vinst vid försäljning)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t>Inkomster i utlandet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rPr>
                <w:b/>
              </w:rPr>
              <w:t>Summa inkomst (A)</w:t>
            </w:r>
          </w:p>
        </w:tc>
        <w:tc>
          <w:tcPr>
            <w:tcW w:type="dxa" w:w="4153"/>
          </w:tcPr>
          <w:p>
            <w:r>
              <w:rPr>
                <w:b/>
              </w:rPr>
              <w:t>[SUMMA]</w:t>
            </w:r>
          </w:p>
        </w:tc>
      </w:tr>
    </w:tbl>
    <w:p/>
    <w:p>
      <w:r>
        <w:t>Räknas inte: bostadsbidrag, barnbidrag, studiemedel, skatteåterbäring.</w:t>
      </w:r>
    </w:p>
    <w:p>
      <w:pPr>
        <w:pStyle w:val="Heading2"/>
      </w:pPr>
      <w:r>
        <w:t>2. Förmögenhet (bara från det år du fyller 50)</w:t>
      </w:r>
    </w:p>
    <w:p>
      <w:r>
        <w:t>Förmögenhet (B): [BELOPP] kr</w:t>
      </w:r>
      <w:r>
        <w:br/>
      </w:r>
      <w:r>
        <w:t>Över 2,75 prisbasbelopp: B − 162 800 kr = [BELOPP] kr</w:t>
      </w:r>
      <w:r>
        <w:br/>
      </w:r>
      <w:r>
        <w:t>Tillägg: 20 % av det, avrundat nedåt till helt tiotusental (C): [BELOPP] kr</w:t>
      </w:r>
    </w:p>
    <w:p>
      <w:pPr>
        <w:pStyle w:val="Heading2"/>
      </w:pPr>
      <w:r>
        <w:t>3. Nytt årsbelopp</w:t>
      </w:r>
    </w:p>
    <w:p>
      <w:r>
        <w:t>( ) Till och med 49 år: 5 % × A = [BELOPP] kr</w:t>
      </w:r>
      <w:r>
        <w:br/>
      </w:r>
      <w:r>
        <w:t>( ) Från 50 år: 7 % × (A + C) = [BELOPP] kr</w:t>
      </w:r>
    </w:p>
    <w:p>
      <w:r>
        <w:t>Nytt årsbelopp (D): [BELOPP] kr</w:t>
      </w:r>
      <w:r>
        <w:br/>
      </w:r>
      <w:r>
        <w:t>Vanligt årsbelopp enligt CSN (E): [BELOPP] kr</w:t>
      </w:r>
      <w:r>
        <w:br/>
      </w:r>
      <w:r>
        <w:t>Skillnad E − D: [BELOPP] kr</w:t>
      </w:r>
    </w:p>
    <w:p>
      <w:pPr>
        <w:pStyle w:val="Heading2"/>
      </w:pPr>
      <w:r>
        <w:t>4. Kontroll</w:t>
      </w:r>
    </w:p>
    <w:p>
      <w:pPr>
        <w:pStyle w:val="ListBullet"/>
      </w:pPr>
      <w:r>
        <w:t>[ ] Skillnaden är minst 1 776 kr (3 % av prisbasbeloppet 59 200 kr). Annars ges ingen nedsättning.</w:t>
      </w:r>
    </w:p>
    <w:p>
      <w:pPr>
        <w:pStyle w:val="ListBullet"/>
      </w:pPr>
      <w:r>
        <w:t>[ ] D är under 2 960 kr (5 % av prisbasbeloppet). Då kan årsbeloppet sättas ned till noll.</w:t>
      </w:r>
    </w:p>
    <w:p>
      <w:pPr>
        <w:pStyle w:val="ListBullet"/>
      </w:pPr>
      <w:r>
        <w:t>[ ] Ansökan i e-tjänsten «Ansök om att betala mindre» skickas senast 30 november [ÅR].</w:t>
      </w:r>
    </w:p>
    <w:p>
      <w:pPr>
        <w:pStyle w:val="Heading2"/>
      </w:pPr>
      <w:r>
        <w:t>5. Skrivelse till CSN (vid behov)</w:t>
      </w:r>
    </w:p>
    <w:p>
      <w:r>
        <w:t>Till: Centrala studiestödsnämnden (CSN)</w:t>
      </w:r>
      <w:r>
        <w:br/>
      </w:r>
      <w:r>
        <w:t>Från: [FÖRNAMN OCH EFTERNAMN], [PERSONNUMMER], [ADRESS]</w:t>
      </w:r>
    </w:p>
    <w:p>
      <w:r>
        <w:t>Jag har den [DATUM] ansökt om att betala mindre på mitt studielån för [ÅR] med hänsyn till min inkomst. [JAG STUDERAR MED OMSTÄLLNINGSSTUDIESTÖD FRÅN [DATUM] TILL [DATUM] / MIN INKOMST HAR SJUNKIT EFTERSOM ...]. Min beräknade inkomst för året är [SUMMA] kr enligt uträkningen ovan. Jag ber CSN fastställa ett nedsatt årsbelopp på [BELOPP] kr.</w:t>
      </w:r>
    </w:p>
    <w:p>
      <w:r>
        <w:t>[ORT], [DATUM]</w:t>
      </w:r>
      <w:r>
        <w:br/>
      </w:r>
      <w:r>
        <w:t>Underskrift: ____________________</w:t>
      </w:r>
    </w:p>
    <w:p>
      <w:pPr>
        <w:pStyle w:val="Heading2"/>
        <w:pageBreakBefore/>
      </w:pPr>
      <w:r>
        <w:t>För mig själv</w:t>
      </w:r>
    </w:p>
    <w:p>
      <w:pPr>
        <w:pStyle w:val="ListBullet"/>
      </w:pPr>
      <w:r>
        <w:t>[ ] Ansökan skickad den [DATUM]</w:t>
      </w:r>
    </w:p>
    <w:p>
      <w:pPr>
        <w:pStyle w:val="ListBullet"/>
      </w:pPr>
      <w:r>
        <w:t>[ ] Inkomsten ändrades den [DATUM]: inkomständring gjord på Mina sidor</w:t>
      </w:r>
    </w:p>
    <w:p>
      <w:pPr>
        <w:pStyle w:val="ListBullet"/>
      </w:pPr>
      <w:r>
        <w:t>[ ] Beslut från CSN mottaget den [DATUM]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Beräkning av nytt årsbelopp för studielån (nedsättning efter inkomst)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