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CMA F.1 draft sheet and proof of service</w:t>
      </w:r>
    </w:p>
    <w:p>
      <w:r>
        <w:t>This is a preparation sheet. It is not the CMA's form. Copy what fits into the current form CMA F.1 from the Commission for Mediation and Arbitration.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What I prepare</w:t>
            </w:r>
          </w:p>
        </w:tc>
        <w:tc>
          <w:tcPr>
            <w:tcW w:type="dxa" w:w="4153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153"/>
          </w:tcPr>
          <w:p>
            <w:r>
              <w:t>My full name</w:t>
            </w:r>
          </w:p>
        </w:tc>
        <w:tc>
          <w:tcPr>
            <w:tcW w:type="dxa" w:w="4153"/>
          </w:tcPr>
          <w:p>
            <w:r>
              <w:t>[FULL NAME]</w:t>
            </w:r>
          </w:p>
        </w:tc>
      </w:tr>
      <w:tr>
        <w:tc>
          <w:tcPr>
            <w:tcW w:type="dxa" w:w="4153"/>
          </w:tcPr>
          <w:p>
            <w:r>
              <w:t>My address, phone and email</w:t>
            </w:r>
          </w:p>
        </w:tc>
        <w:tc>
          <w:tcPr>
            <w:tcW w:type="dxa" w:w="4153"/>
          </w:tcPr>
          <w:p>
            <w:r>
              <w:t>[ADDRESS, PHONE, EMAIL]</w:t>
            </w:r>
          </w:p>
        </w:tc>
      </w:tr>
      <w:tr>
        <w:tc>
          <w:tcPr>
            <w:tcW w:type="dxa" w:w="4153"/>
          </w:tcPr>
          <w:p>
            <w:r>
              <w:t>Employer's full name</w:t>
            </w:r>
          </w:p>
        </w:tc>
        <w:tc>
          <w:tcPr>
            <w:tcW w:type="dxa" w:w="4153"/>
          </w:tcPr>
          <w:p>
            <w:r>
              <w:t>[EMPLOYER]</w:t>
            </w:r>
          </w:p>
        </w:tc>
      </w:tr>
      <w:tr>
        <w:tc>
          <w:tcPr>
            <w:tcW w:type="dxa" w:w="4153"/>
          </w:tcPr>
          <w:p>
            <w:r>
              <w:t>Employer's address</w:t>
            </w:r>
          </w:p>
        </w:tc>
        <w:tc>
          <w:tcPr>
            <w:tcW w:type="dxa" w:w="4153"/>
          </w:tcPr>
          <w:p>
            <w:r>
              <w:t>[EMPLOYER ADDRESS]</w:t>
            </w:r>
          </w:p>
        </w:tc>
      </w:tr>
      <w:tr>
        <w:tc>
          <w:tcPr>
            <w:tcW w:type="dxa" w:w="4153"/>
          </w:tcPr>
          <w:p>
            <w:r>
              <w:t>My job</w:t>
            </w:r>
          </w:p>
        </w:tc>
        <w:tc>
          <w:tcPr>
            <w:tcW w:type="dxa" w:w="4153"/>
          </w:tcPr>
          <w:p>
            <w:r>
              <w:t>[JOB]</w:t>
            </w:r>
          </w:p>
        </w:tc>
      </w:tr>
      <w:tr>
        <w:tc>
          <w:tcPr>
            <w:tcW w:type="dxa" w:w="4153"/>
          </w:tcPr>
          <w:p>
            <w:r>
              <w:t>Date I started</w:t>
            </w:r>
          </w:p>
        </w:tc>
        <w:tc>
          <w:tcPr>
            <w:tcW w:type="dxa" w:w="4153"/>
          </w:tcPr>
          <w:p>
            <w:r>
              <w:t>[DATE]</w:t>
            </w:r>
          </w:p>
        </w:tc>
      </w:tr>
      <w:tr>
        <w:tc>
          <w:tcPr>
            <w:tcW w:type="dxa" w:w="4153"/>
          </w:tcPr>
          <w:p>
            <w:r>
              <w:t>Date of termination</w:t>
            </w:r>
          </w:p>
        </w:tc>
        <w:tc>
          <w:tcPr>
            <w:tcW w:type="dxa" w:w="4153"/>
          </w:tcPr>
          <w:p>
            <w:r>
              <w:t>[DATE]</w:t>
            </w:r>
          </w:p>
        </w:tc>
      </w:tr>
      <w:tr>
        <w:tc>
          <w:tcPr>
            <w:tcW w:type="dxa" w:w="4153"/>
          </w:tcPr>
          <w:p>
            <w:r>
              <w:t>Date of the employer's final decision, if there was one</w:t>
            </w:r>
          </w:p>
        </w:tc>
        <w:tc>
          <w:tcPr>
            <w:tcW w:type="dxa" w:w="4153"/>
          </w:tcPr>
          <w:p>
            <w:r>
              <w:t>[DATE OR NONE]</w:t>
            </w:r>
          </w:p>
        </w:tc>
      </w:tr>
      <w:tr>
        <w:tc>
          <w:tcPr>
            <w:tcW w:type="dxa" w:w="4153"/>
          </w:tcPr>
          <w:p>
            <w:r>
              <w:t>Kind of dispute</w:t>
            </w:r>
          </w:p>
        </w:tc>
        <w:tc>
          <w:tcPr>
            <w:tcW w:type="dxa" w:w="4153"/>
          </w:tcPr>
          <w:p>
            <w:r>
              <w:t>[UNFAIR TERMINATION / OTHER DISPUTE]</w:t>
            </w:r>
          </w:p>
        </w:tc>
      </w:tr>
      <w:tr>
        <w:tc>
          <w:tcPr>
            <w:tcW w:type="dxa" w:w="4153"/>
          </w:tcPr>
          <w:p>
            <w:r>
              <w:t>What happened, in a few lines</w:t>
            </w:r>
          </w:p>
        </w:tc>
        <w:tc>
          <w:tcPr>
            <w:tcW w:type="dxa" w:w="4153"/>
          </w:tcPr>
          <w:p>
            <w:r>
              <w:t>[FACTS]</w:t>
            </w:r>
          </w:p>
        </w:tc>
      </w:tr>
      <w:tr>
        <w:tc>
          <w:tcPr>
            <w:tcW w:type="dxa" w:w="4153"/>
          </w:tcPr>
          <w:p>
            <w:r>
              <w:t>What I ask for</w:t>
            </w:r>
          </w:p>
        </w:tc>
        <w:tc>
          <w:tcPr>
            <w:tcW w:type="dxa" w:w="4153"/>
          </w:tcPr>
          <w:p>
            <w:r>
              <w:t>[WHAT I ASK FOR]</w:t>
            </w:r>
          </w:p>
        </w:tc>
      </w:tr>
    </w:tbl>
    <w:p/>
    <w:p>
      <w:r>
        <w:t>Papers I have:</w:t>
      </w:r>
    </w:p>
    <w:p>
      <w:pPr>
        <w:pStyle w:val="ListBullet"/>
      </w:pPr>
      <w:r>
        <w:t>[ ] Letter of termination, or the letter with the final decision</w:t>
      </w:r>
    </w:p>
    <w:p>
      <w:pPr>
        <w:pStyle w:val="ListBullet"/>
      </w:pPr>
      <w:r>
        <w:t>[ ] Contract of employment</w:t>
      </w:r>
    </w:p>
    <w:p>
      <w:pPr>
        <w:pStyle w:val="ListBullet"/>
      </w:pPr>
      <w:r>
        <w:t>[ ] Last payslip</w:t>
      </w:r>
    </w:p>
    <w:p>
      <w:pPr>
        <w:pStyle w:val="ListBullet"/>
      </w:pPr>
      <w:r>
        <w:t>[ ] Other papers: [LIST]</w:t>
      </w:r>
    </w:p>
    <w:p>
      <w:r>
        <w:t>Steps:</w:t>
      </w:r>
    </w:p>
    <w:p>
      <w:pPr>
        <w:pStyle w:val="ListBullet"/>
      </w:pPr>
      <w:r>
        <w:t>[ ] Current form CMA F.1 received from the CMA office on [DATE]</w:t>
      </w:r>
    </w:p>
    <w:p>
      <w:pPr>
        <w:pStyle w:val="ListBullet"/>
      </w:pPr>
      <w:r>
        <w:t>[ ] Copy served on the other party on [DATE]</w:t>
      </w:r>
    </w:p>
    <w:p>
      <w:pPr>
        <w:pStyle w:val="ListBullet"/>
      </w:pPr>
      <w:r>
        <w:t>[ ] Form and proof of service filed with the CMA on [DATE]</w:t>
      </w:r>
    </w:p>
    <w:p>
      <w:pPr>
        <w:pStyle w:val="Heading2"/>
        <w:pageBreakBefore/>
      </w:pPr>
      <w:r>
        <w:t>Proof of service</w:t>
      </w:r>
    </w:p>
    <w:p>
      <w:r>
        <w:t>To: [EMPLOYER], [EMPLOYER ADDRESS]</w:t>
      </w:r>
    </w:p>
    <w:p>
      <w:r>
        <w:t>From: [FULL NAME], [ADDRESS, PHONE, EMAIL]</w:t>
      </w:r>
    </w:p>
    <w:p>
      <w:r>
        <w:t>[DATE]</w:t>
      </w:r>
    </w:p>
    <w:p>
      <w:r>
        <w:rPr>
          <w:b/>
        </w:rPr>
        <w:t>Subject: Copy of my referral to the Commission for Mediation and Arbitration</w:t>
      </w:r>
    </w:p>
    <w:p>
      <w:r>
        <w:t>I have given you a copy of form CMA F.1, which refers my dispute with you to the Commission for Mediation and Arbitration.</w:t>
      </w:r>
    </w:p>
    <w:p>
      <w:r>
        <w:t>Served by: [BY HAND / BY FAX / BY REGISTERED MAIL]</w:t>
      </w:r>
    </w:p>
    <w:p>
      <w:r>
        <w:t>Registered mail receipt or fax report number: [NUMBER OR NONE]</w:t>
      </w:r>
    </w:p>
    <w:p>
      <w:r>
        <w:t>Please sign below to confirm that you received it.</w:t>
      </w:r>
    </w:p>
    <w:p>
      <w:r>
        <w:t>Received by: ____________________</w:t>
      </w:r>
    </w:p>
    <w:p>
      <w:r>
        <w:t>Position: ____________________</w:t>
      </w:r>
    </w:p>
    <w:p>
      <w:r>
        <w:t>Date: ____________ Stamp:</w:t>
      </w:r>
    </w:p>
    <w:p>
      <w:r>
        <w:t>Signature of the person serving: ____________________</w:t>
      </w:r>
    </w:p>
    <w:p>
      <w:pPr>
        <w:pStyle w:val="Heading2"/>
        <w:pageBreakBefore/>
      </w:pPr>
      <w:r>
        <w:t>If more than 30 days have passed</w:t>
      </w:r>
    </w:p>
    <w:p>
      <w:r>
        <w:t>The CMA asks for form CMA F.2, a notice of application and an affidavit. Use these notes when you prepare them.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What I prepare</w:t>
            </w:r>
          </w:p>
        </w:tc>
        <w:tc>
          <w:tcPr>
            <w:tcW w:type="dxa" w:w="4153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153"/>
          </w:tcPr>
          <w:p>
            <w:r>
              <w:t>Date of termination</w:t>
            </w:r>
          </w:p>
        </w:tc>
        <w:tc>
          <w:tcPr>
            <w:tcW w:type="dxa" w:w="4153"/>
          </w:tcPr>
          <w:p>
            <w:r>
              <w:t>[DATE]</w:t>
            </w:r>
          </w:p>
        </w:tc>
      </w:tr>
      <w:tr>
        <w:tc>
          <w:tcPr>
            <w:tcW w:type="dxa" w:w="4153"/>
          </w:tcPr>
          <w:p>
            <w:r>
              <w:t>Date I am applying</w:t>
            </w:r>
          </w:p>
        </w:tc>
        <w:tc>
          <w:tcPr>
            <w:tcW w:type="dxa" w:w="4153"/>
          </w:tcPr>
          <w:p>
            <w:r>
              <w:t>[DATE]</w:t>
            </w:r>
          </w:p>
        </w:tc>
      </w:tr>
      <w:tr>
        <w:tc>
          <w:tcPr>
            <w:tcW w:type="dxa" w:w="4153"/>
          </w:tcPr>
          <w:p>
            <w:r>
              <w:t>Why I could not refer the dispute in time</w:t>
            </w:r>
          </w:p>
        </w:tc>
        <w:tc>
          <w:tcPr>
            <w:tcW w:type="dxa" w:w="4153"/>
          </w:tcPr>
          <w:p>
            <w:r>
              <w:t>[REASONS]</w:t>
            </w:r>
          </w:p>
        </w:tc>
      </w:tr>
      <w:tr>
        <w:tc>
          <w:tcPr>
            <w:tcW w:type="dxa" w:w="4153"/>
          </w:tcPr>
          <w:p>
            <w:r>
              <w:t>Papers that show this</w:t>
            </w:r>
          </w:p>
        </w:tc>
        <w:tc>
          <w:tcPr>
            <w:tcW w:type="dxa" w:w="4153"/>
          </w:tcPr>
          <w:p>
            <w:r>
              <w:t>[LIST]</w:t>
            </w:r>
          </w:p>
        </w:tc>
      </w:tr>
    </w:tbl>
    <w:p/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CMA F.1 draft sheet and proof of service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