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Dosar Prima Casă: certificatul despre locuință pentru dvs. și soț/soție</w:t>
      </w:r>
    </w:p>
    <w:p>
      <w:r>
        <w:rPr>
          <w:b/>
        </w:rPr>
        <w:t>Pentru cine:</w:t>
      </w:r>
      <w:r>
        <w:t xml:space="preserve"> [NUMELE SOLICITANTULUI] și [NUMELE SOȚULUI / SOȚIEI]</w:t>
      </w:r>
      <w:r>
        <w:br/>
      </w:r>
      <w:r>
        <w:rPr>
          <w:b/>
        </w:rPr>
        <w:t>Banca:</w:t>
      </w:r>
      <w:r>
        <w:t xml:space="preserve"> [BANCA PARTICIPANTĂ] · persoana de contact: [NUME, TELEFON]</w:t>
      </w:r>
      <w:r>
        <w:br/>
      </w:r>
      <w:r>
        <w:rPr>
          <w:b/>
        </w:rPr>
        <w:t>Locuința care se cumpără:</w:t>
      </w:r>
      <w:r>
        <w:t xml:space="preserve"> [ADRESA] · suprafața: [M²]</w:t>
      </w:r>
    </w:p>
    <w:p>
      <w:pPr>
        <w:pStyle w:val="Heading2"/>
      </w:pPr>
      <w:r>
        <w:t>1. Ce cere programul</w:t>
      </w:r>
    </w:p>
    <w:p>
      <w:r>
        <w:t>Pagina programului (Ministerul Finanțelor) cere un certificat care confirmă că locuința deținută de solicitant împreună cu membrii familiei, și de soț/soție împreună cu membrii familiei, nu depășește suprafața locuinței cumpărate prin program. Membrii familiei sunt soțul/soția și copiii sub 18 ani.</w:t>
      </w:r>
    </w:p>
    <w:p>
      <w:pPr>
        <w:pStyle w:val="Heading2"/>
      </w:pPr>
      <w:r>
        <w:t>2. Ce întrebați banca înainte de a comanda actele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Întrebare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Răspunsul băncii</w:t>
            </w:r>
          </w:p>
        </w:tc>
      </w:tr>
      <w:tr>
        <w:tc>
          <w:tcPr>
            <w:tcW w:type="dxa" w:w="4153"/>
          </w:tcPr>
          <w:p>
            <w:r>
              <w:t>Ce act acceptați: certificat ASP, informație de la Cadastrul bunurilor imobile sau extrasul pe care îl vedeți dvs. în registru?</w:t>
            </w:r>
          </w:p>
        </w:tc>
        <w:tc>
          <w:tcPr>
            <w:tcW w:type="dxa" w:w="4153"/>
          </w:tcPr>
          <w:p>
            <w:r>
              <w:t>[RĂSPUNS]</w:t>
            </w:r>
          </w:p>
        </w:tc>
      </w:tr>
      <w:tr>
        <w:tc>
          <w:tcPr>
            <w:tcW w:type="dxa" w:w="4153"/>
          </w:tcPr>
          <w:p>
            <w:r>
              <w:t>Pentru cine trebuie: doar solicitant sau și soț/soție?</w:t>
            </w:r>
          </w:p>
        </w:tc>
        <w:tc>
          <w:tcPr>
            <w:tcW w:type="dxa" w:w="4153"/>
          </w:tcPr>
          <w:p>
            <w:r>
              <w:t>[RĂSPUNS]</w:t>
            </w:r>
          </w:p>
        </w:tc>
      </w:tr>
      <w:tr>
        <w:tc>
          <w:tcPr>
            <w:tcW w:type="dxa" w:w="4153"/>
          </w:tcPr>
          <w:p>
            <w:r>
              <w:t>Pe hârtie sau electronic?</w:t>
            </w:r>
          </w:p>
        </w:tc>
        <w:tc>
          <w:tcPr>
            <w:tcW w:type="dxa" w:w="4153"/>
          </w:tcPr>
          <w:p>
            <w:r>
              <w:t>[RĂSPUNS]</w:t>
            </w:r>
          </w:p>
        </w:tc>
      </w:tr>
      <w:tr>
        <w:tc>
          <w:tcPr>
            <w:tcW w:type="dxa" w:w="4153"/>
          </w:tcPr>
          <w:p>
            <w:r>
              <w:t>Cât timp este valabil actul pentru dvs.?</w:t>
            </w:r>
          </w:p>
        </w:tc>
        <w:tc>
          <w:tcPr>
            <w:tcW w:type="dxa" w:w="4153"/>
          </w:tcPr>
          <w:p>
            <w:r>
              <w:t>[RĂSPUNS]</w:t>
            </w:r>
          </w:p>
        </w:tc>
      </w:tr>
      <w:tr>
        <w:tc>
          <w:tcPr>
            <w:tcW w:type="dxa" w:w="4153"/>
          </w:tcPr>
          <w:p>
            <w:r>
              <w:t>Data și persoana care a răspuns</w:t>
            </w:r>
          </w:p>
        </w:tc>
        <w:tc>
          <w:tcPr>
            <w:tcW w:type="dxa" w:w="4153"/>
          </w:tcPr>
          <w:p>
            <w:r>
              <w:t>[DATA] · [NUME]</w:t>
            </w:r>
          </w:p>
        </w:tc>
      </w:tr>
    </w:tbl>
    <w:p/>
    <w:p>
      <w:pPr>
        <w:pStyle w:val="Heading2"/>
      </w:pPr>
      <w:r>
        <w:t>3. Cine comandă informația</w:t>
      </w:r>
    </w:p>
    <w:p>
      <w:r>
        <w:t>Informația despre bunurile unei persoane o poate cere titularul sau reprezentantul lui împuternicit (procură sau împuternicire MPower). Dacă soțul/soția nu poate veni, aveți nevoie de împuternicire.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384"/>
          </w:tcPr>
          <w:p>
            <w:r>
              <w:rPr>
                <w:b/>
              </w:rPr>
              <w:t>Persoana</w:t>
            </w:r>
          </w:p>
        </w:tc>
        <w:tc>
          <w:tcPr>
            <w:tcW w:type="dxa" w:w="1384"/>
          </w:tcPr>
          <w:p>
            <w:r>
              <w:rPr>
                <w:b/>
              </w:rPr>
              <w:t>Cine depune cererea</w:t>
            </w:r>
          </w:p>
        </w:tc>
        <w:tc>
          <w:tcPr>
            <w:tcW w:type="dxa" w:w="1384"/>
          </w:tcPr>
          <w:p>
            <w:r>
              <w:rPr>
                <w:b/>
              </w:rPr>
              <w:t>Împuternicire</w:t>
            </w:r>
          </w:p>
        </w:tc>
        <w:tc>
          <w:tcPr>
            <w:tcW w:type="dxa" w:w="1384"/>
          </w:tcPr>
          <w:p>
            <w:r>
              <w:rPr>
                <w:b/>
              </w:rPr>
              <w:t>Data comenzii</w:t>
            </w:r>
          </w:p>
        </w:tc>
        <w:tc>
          <w:tcPr>
            <w:tcW w:type="dxa" w:w="1384"/>
          </w:tcPr>
          <w:p>
            <w:r>
              <w:rPr>
                <w:b/>
              </w:rPr>
              <w:t>Termen ales</w:t>
            </w:r>
          </w:p>
        </w:tc>
        <w:tc>
          <w:tcPr>
            <w:tcW w:type="dxa" w:w="1384"/>
          </w:tcPr>
          <w:p>
            <w:r>
              <w:rPr>
                <w:b/>
              </w:rPr>
              <w:t>Primit</w:t>
            </w:r>
          </w:p>
        </w:tc>
      </w:tr>
      <w:tr>
        <w:tc>
          <w:tcPr>
            <w:tcW w:type="dxa" w:w="1384"/>
          </w:tcPr>
          <w:p>
            <w:r>
              <w:t>Solicitant</w:t>
            </w:r>
          </w:p>
        </w:tc>
        <w:tc>
          <w:tcPr>
            <w:tcW w:type="dxa" w:w="1384"/>
          </w:tcPr>
          <w:p>
            <w:r>
              <w:t>[EU / REPREZENTANT]</w:t>
            </w:r>
          </w:p>
        </w:tc>
        <w:tc>
          <w:tcPr>
            <w:tcW w:type="dxa" w:w="1384"/>
          </w:tcPr>
          <w:p>
            <w:r>
              <w:t>[NU / PROCURĂ / MPOWER]</w:t>
            </w:r>
          </w:p>
        </w:tc>
        <w:tc>
          <w:tcPr>
            <w:tcW w:type="dxa" w:w="1384"/>
          </w:tcPr>
          <w:p>
            <w:r>
              <w:t>[DATA]</w:t>
            </w:r>
          </w:p>
        </w:tc>
        <w:tc>
          <w:tcPr>
            <w:tcW w:type="dxa" w:w="1384"/>
          </w:tcPr>
          <w:p>
            <w:r>
              <w:t>[10 / 3 / 1 ZILE LUCRĂTOARE]</w:t>
            </w:r>
          </w:p>
        </w:tc>
        <w:tc>
          <w:tcPr>
            <w:tcW w:type="dxa" w:w="1384"/>
          </w:tcPr>
          <w:p>
            <w:r>
              <w:t>[DATA]</w:t>
            </w:r>
          </w:p>
        </w:tc>
      </w:tr>
      <w:tr>
        <w:tc>
          <w:tcPr>
            <w:tcW w:type="dxa" w:w="1384"/>
          </w:tcPr>
          <w:p>
            <w:r>
              <w:t>Soț / soție</w:t>
            </w:r>
          </w:p>
        </w:tc>
        <w:tc>
          <w:tcPr>
            <w:tcW w:type="dxa" w:w="1384"/>
          </w:tcPr>
          <w:p>
            <w:r>
              <w:t>[ÎNSUȘI / EU PRIN ÎMPUTERNICIRE]</w:t>
            </w:r>
          </w:p>
        </w:tc>
        <w:tc>
          <w:tcPr>
            <w:tcW w:type="dxa" w:w="1384"/>
          </w:tcPr>
          <w:p>
            <w:r>
              <w:t>[NU / PROCURĂ / MPOWER]</w:t>
            </w:r>
          </w:p>
        </w:tc>
        <w:tc>
          <w:tcPr>
            <w:tcW w:type="dxa" w:w="1384"/>
          </w:tcPr>
          <w:p>
            <w:r>
              <w:t>[DATA]</w:t>
            </w:r>
          </w:p>
        </w:tc>
        <w:tc>
          <w:tcPr>
            <w:tcW w:type="dxa" w:w="1384"/>
          </w:tcPr>
          <w:p>
            <w:r>
              <w:t>[10 / 3 / 1 ZILE LUCRĂTOARE]</w:t>
            </w:r>
          </w:p>
        </w:tc>
        <w:tc>
          <w:tcPr>
            <w:tcW w:type="dxa" w:w="1384"/>
          </w:tcPr>
          <w:p>
            <w:r>
              <w:t>[DATA]</w:t>
            </w:r>
          </w:p>
        </w:tc>
      </w:tr>
    </w:tbl>
    <w:p/>
    <w:p>
      <w:pPr>
        <w:pStyle w:val="Heading2"/>
      </w:pPr>
      <w:r>
        <w:t>4. Restul dosarului pentru bancă</w:t>
      </w:r>
    </w:p>
    <w:p>
      <w:pPr>
        <w:pStyle w:val="ListBullet"/>
      </w:pPr>
      <w:r>
        <w:t>[ ] Cererea de credit și cererea de garanție de stat, semnate</w:t>
      </w:r>
    </w:p>
    <w:p>
      <w:pPr>
        <w:pStyle w:val="ListBullet"/>
      </w:pPr>
      <w:r>
        <w:t>[ ] Actele de identitate: solicitant și soț/soție</w:t>
      </w:r>
    </w:p>
    <w:p>
      <w:pPr>
        <w:pStyle w:val="ListBullet"/>
      </w:pPr>
      <w:r>
        <w:t>[ ] Certificatele de venit: solicitant și soț/soție</w:t>
      </w:r>
    </w:p>
    <w:p>
      <w:pPr>
        <w:pStyle w:val="ListBullet"/>
      </w:pPr>
      <w:r>
        <w:t>[ ] Carnetul de muncă și/sau contractul individual de muncă (sau licența de activitate)</w:t>
      </w:r>
    </w:p>
    <w:p>
      <w:pPr>
        <w:pStyle w:val="ListBullet"/>
      </w:pPr>
      <w:r>
        <w:t>[ ] Extrasul din Registrul bunurilor imobile pentru locuința care se cumpără</w:t>
      </w:r>
    </w:p>
    <w:p>
      <w:pPr>
        <w:pStyle w:val="ListBullet"/>
      </w:pPr>
      <w:r>
        <w:t>[ ] Certificatul privind lipsa datoriilor față de buget (Serviciul Fiscal de Stat)</w:t>
      </w:r>
    </w:p>
    <w:p>
      <w:pPr>
        <w:pStyle w:val="ListBullet"/>
      </w:pPr>
      <w:r>
        <w:t>[ ] Raportul de evaluare a locuinței</w:t>
      </w:r>
    </w:p>
    <w:p>
      <w:pPr>
        <w:pStyle w:val="ListBullet"/>
      </w:pPr>
      <w:r>
        <w:t>[ ] Certificatul despre locuința deținută (punctul 1)</w:t>
      </w:r>
    </w:p>
    <w:p>
      <w:r>
        <w:t>Notă: [CE A MAI CERUT BANCA]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Dosar Prima Casă: certificatul despre locuință pentru dvs. și soț/soție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