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Notificare despre concediul medical</w:t>
      </w:r>
    </w:p>
    <w:p>
      <w:r>
        <w:rPr>
          <w:b/>
        </w:rPr>
        <w:t>Către:</w:t>
      </w:r>
      <w:r>
        <w:t xml:space="preserve"> [DENUMIREA ANGAJATORULUI], IDNO [IDNO]</w:t>
      </w:r>
      <w:r>
        <w:br/>
      </w:r>
      <w:r>
        <w:rPr>
          <w:b/>
        </w:rPr>
        <w:t>De la:</w:t>
      </w:r>
      <w:r>
        <w:t xml:space="preserve"> [NUMELE ANGAJATULUI], [FUNCȚIA]</w:t>
      </w:r>
      <w:r>
        <w:br/>
      </w:r>
      <w:r>
        <w:rPr>
          <w:b/>
        </w:rPr>
        <w:t>Data:</w:t>
      </w:r>
      <w:r>
        <w:t xml:space="preserve"> [DATA]</w:t>
      </w:r>
    </w:p>
    <w:p>
      <w:r>
        <w:t>Vă informez că mă aflu în concediu medical (incapacitate temporară de muncă).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t>Numărul certificatului de concediu medical</w:t>
            </w:r>
          </w:p>
        </w:tc>
        <w:tc>
          <w:tcPr>
            <w:tcW w:type="dxa" w:w="4153"/>
          </w:tcPr>
          <w:p>
            <w:r>
              <w:t>[NUMĂRUL, de exemplu CCM…]</w:t>
            </w:r>
          </w:p>
        </w:tc>
      </w:tr>
      <w:tr>
        <w:tc>
          <w:tcPr>
            <w:tcW w:type="dxa" w:w="4153"/>
          </w:tcPr>
          <w:p>
            <w:r>
              <w:t>Perioada</w:t>
            </w:r>
          </w:p>
        </w:tc>
        <w:tc>
          <w:tcPr>
            <w:tcW w:type="dxa" w:w="4153"/>
          </w:tcPr>
          <w:p>
            <w:r>
              <w:t>de la [DATA] până la [DATA]</w:t>
            </w:r>
          </w:p>
        </w:tc>
      </w:tr>
      <w:tr>
        <w:tc>
          <w:tcPr>
            <w:tcW w:type="dxa" w:w="4153"/>
          </w:tcPr>
          <w:p>
            <w:r>
              <w:t>Instituția medicală care l-a emis</w:t>
            </w:r>
          </w:p>
        </w:tc>
        <w:tc>
          <w:tcPr>
            <w:tcW w:type="dxa" w:w="4153"/>
          </w:tcPr>
          <w:p>
            <w:r>
              <w:t>[DENUMIREA]</w:t>
            </w:r>
          </w:p>
        </w:tc>
      </w:tr>
      <w:tr>
        <w:tc>
          <w:tcPr>
            <w:tcW w:type="dxa" w:w="4153"/>
          </w:tcPr>
          <w:p>
            <w:r>
              <w:t>Contractul de muncă</w:t>
            </w:r>
          </w:p>
        </w:tc>
        <w:tc>
          <w:tcPr>
            <w:tcW w:type="dxa" w:w="4153"/>
          </w:tcPr>
          <w:p>
            <w:r>
              <w:t>nr. [NUMĂR] din [DATA]</w:t>
            </w:r>
          </w:p>
        </w:tc>
      </w:tr>
    </w:tbl>
    <w:p/>
    <w:p>
      <w:r>
        <w:t>Certificatul este emis electronic. Îl găsiți în EVO Cabinet, secțiunea Sănătate, după autentificarea cu semnătura electronică a companiei. Dacă certificatul se prelungește sau se închide, vă anunț.</w:t>
      </w:r>
    </w:p>
    <w:p>
      <w:r>
        <w:t>Semnătura: ____________________</w:t>
      </w:r>
    </w:p>
    <w:p>
      <w:pPr>
        <w:pStyle w:val="Heading2"/>
        <w:pageBreakBefore/>
      </w:pPr>
      <w:r>
        <w:t>Fișă pentru resurse umane și contabilitate</w:t>
      </w:r>
    </w:p>
    <w:p>
      <w:r>
        <w:rPr>
          <w:b/>
        </w:rPr>
        <w:t>Angajatul:</w:t>
      </w:r>
      <w:r>
        <w:t xml:space="preserve"> [NUMELE] · </w:t>
      </w:r>
      <w:r>
        <w:rPr>
          <w:b/>
        </w:rPr>
        <w:t>Certificat:</w:t>
      </w:r>
      <w:r>
        <w:t xml:space="preserve"> nr. [NUMĂR], [DATA] – [DATA]</w:t>
      </w:r>
    </w:p>
    <w:p>
      <w:pPr>
        <w:pStyle w:val="Heading3"/>
      </w:pPr>
      <w:r>
        <w:t>1. Certificatul în EVO Cabinet</w:t>
      </w:r>
    </w:p>
    <w:p>
      <w:pPr>
        <w:pStyle w:val="ListBullet"/>
      </w:pPr>
      <w:r>
        <w:t>[ ] Certificatul apare în EVO Cabinet, secțiunea Sănătate (profilul persoanei juridice, IDNO)</w:t>
      </w:r>
    </w:p>
    <w:p>
      <w:pPr>
        <w:pStyle w:val="ListBullet"/>
      </w:pPr>
      <w:r>
        <w:t>[ ] Datele coincid: numele, numărul, perioada</w:t>
      </w:r>
    </w:p>
    <w:p>
      <w:pPr>
        <w:pStyle w:val="ListBullet"/>
      </w:pPr>
      <w:r>
        <w:t>[ ] Statutul: [ACTIV / ÎNCHIS / ANULAT]</w:t>
      </w:r>
    </w:p>
    <w:p>
      <w:pPr>
        <w:pStyle w:val="ListBullet"/>
      </w:pPr>
      <w:r>
        <w:t>[ ] PDF-ul descărcat, codul QR verificat</w:t>
      </w:r>
    </w:p>
    <w:p>
      <w:pPr>
        <w:pStyle w:val="ListBullet"/>
      </w:pPr>
      <w:r>
        <w:t>[ ] Dacă nu apare: am vorbit cu angajatul și cu instituția medicală la [DATA]; am scris la suport@egov.md la [DATA]</w:t>
      </w:r>
    </w:p>
    <w:p>
      <w:pPr>
        <w:pStyle w:val="Heading3"/>
      </w:pPr>
      <w:r>
        <w:t>2. Zilele</w:t>
      </w:r>
    </w:p>
    <w:p>
      <w:pPr>
        <w:pStyle w:val="ListBullet"/>
      </w:pPr>
      <w:r>
        <w:t>[ ] Datele sunt consecutive, fără goluri între certificatul inițial și prelungiri</w:t>
      </w:r>
    </w:p>
    <w:p>
      <w:pPr>
        <w:pStyle w:val="ListBullet"/>
      </w:pPr>
      <w:r>
        <w:t>[ ] Motivul: [BOALĂ OBIȘNUITĂ / ACCIDENT DE MUNCĂ SAU BOALĂ PROFESIONALĂ]</w:t>
      </w:r>
    </w:p>
    <w:p>
      <w:pPr>
        <w:pStyle w:val="Heading3"/>
      </w:pPr>
      <w:r>
        <w:t>3. Cine plătește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Zilele</w:t>
            </w:r>
          </w:p>
        </w:tc>
        <w:tc>
          <w:tcPr>
            <w:tcW w:type="dxa" w:w="2769"/>
          </w:tcPr>
          <w:p>
            <w:r>
              <w:rPr>
                <w:b/>
              </w:rPr>
              <w:t>Cine plătește</w:t>
            </w:r>
          </w:p>
        </w:tc>
        <w:tc>
          <w:tcPr>
            <w:tcW w:type="dxa" w:w="2769"/>
          </w:tcPr>
          <w:p>
            <w:r>
              <w:rPr>
                <w:b/>
              </w:rPr>
              <w:t>Cât</w:t>
            </w:r>
          </w:p>
        </w:tc>
      </w:tr>
      <w:tr>
        <w:tc>
          <w:tcPr>
            <w:tcW w:type="dxa" w:w="2769"/>
          </w:tcPr>
          <w:p>
            <w:r>
              <w:t>Boală obișnuită: primele 5 zile calendaristice</w:t>
            </w:r>
          </w:p>
        </w:tc>
        <w:tc>
          <w:tcPr>
            <w:tcW w:type="dxa" w:w="2769"/>
          </w:tcPr>
          <w:p>
            <w:r>
              <w:t>angajatorul</w:t>
            </w:r>
          </w:p>
        </w:tc>
        <w:tc>
          <w:tcPr>
            <w:tcW w:type="dxa" w:w="2769"/>
          </w:tcPr>
          <w:p>
            <w:r>
              <w:t>75% din salariul mediu</w:t>
            </w:r>
          </w:p>
        </w:tc>
      </w:tr>
      <w:tr>
        <w:tc>
          <w:tcPr>
            <w:tcW w:type="dxa" w:w="2769"/>
          </w:tcPr>
          <w:p>
            <w:r>
              <w:t>Zile plătite de angajator anul acesta, până acum</w:t>
            </w:r>
          </w:p>
        </w:tc>
        <w:tc>
          <w:tcPr>
            <w:tcW w:type="dxa" w:w="2769"/>
          </w:tcPr>
          <w:p>
            <w:r>
              <w:t>—</w:t>
            </w:r>
          </w:p>
        </w:tc>
        <w:tc>
          <w:tcPr>
            <w:tcW w:type="dxa" w:w="2769"/>
          </w:tcPr>
          <w:p>
            <w:r>
              <w:t>[NUMĂR] din cel mult 15</w:t>
            </w:r>
          </w:p>
        </w:tc>
      </w:tr>
      <w:tr>
        <w:tc>
          <w:tcPr>
            <w:tcW w:type="dxa" w:w="2769"/>
          </w:tcPr>
          <w:p>
            <w:r>
              <w:t>Restul zilelor</w:t>
            </w:r>
          </w:p>
        </w:tc>
        <w:tc>
          <w:tcPr>
            <w:tcW w:type="dxa" w:w="2769"/>
          </w:tcPr>
          <w:p>
            <w:r>
              <w:t>CNAS</w:t>
            </w:r>
          </w:p>
        </w:tc>
        <w:tc>
          <w:tcPr>
            <w:tcW w:type="dxa" w:w="2769"/>
          </w:tcPr>
          <w:p>
            <w:r>
              <w:t>60, 70, 90 sau 100% din baza de calcul</w:t>
            </w:r>
          </w:p>
        </w:tc>
      </w:tr>
      <w:tr>
        <w:tc>
          <w:tcPr>
            <w:tcW w:type="dxa" w:w="2769"/>
          </w:tcPr>
          <w:p>
            <w:r>
              <w:t>Accident de muncă sau boală profesională: primele 20 de zile</w:t>
            </w:r>
          </w:p>
        </w:tc>
        <w:tc>
          <w:tcPr>
            <w:tcW w:type="dxa" w:w="2769"/>
          </w:tcPr>
          <w:p>
            <w:r>
              <w:t>angajatorul</w:t>
            </w:r>
          </w:p>
        </w:tc>
        <w:tc>
          <w:tcPr>
            <w:tcW w:type="dxa" w:w="2769"/>
          </w:tcPr>
          <w:p>
            <w:r>
              <w:t>[SUMA]</w:t>
            </w:r>
          </w:p>
        </w:tc>
      </w:tr>
    </w:tbl>
    <w:p/>
    <w:p>
      <w:pPr>
        <w:pStyle w:val="Heading3"/>
      </w:pPr>
      <w:r>
        <w:t>4. Alți angajatori</w:t>
      </w:r>
    </w:p>
    <w:p>
      <w:r>
        <w:t>Angajatul mai lucrează la: [DENUMIREA ANGAJATORULUI / NU]. Le-a spus și lor: [DA / NU].</w:t>
      </w:r>
    </w:p>
    <w:p>
      <w:r>
        <w:t>Verificat de: [NUMELE], [DATA]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M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 despre concediul medical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