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Solicitud de adelanto de aguinaldo</w:t>
      </w:r>
    </w:p>
    <w:p>
      <w:r>
        <w:t>[CIUDAD], a [FECHA]</w:t>
      </w:r>
    </w:p>
    <w:p>
      <w:r>
        <w:t>[NOMBRE O RAZÓN SOCIAL DE LA EMPRESA]</w:t>
      </w:r>
      <w:r>
        <w:br/>
      </w:r>
      <w:r>
        <w:t>Atención: [RECURSOS HUMANOS / NÓMINAS / NOMBRE DEL PUESTO]</w:t>
      </w:r>
    </w:p>
    <w:p>
      <w:r>
        <w:rPr>
          <w:b/>
        </w:rPr>
        <w:t>Asunto: solicitud de adelanto de aguinaldo 2026</w:t>
      </w:r>
    </w:p>
    <w:p>
      <w:r>
        <w:t>Por medio de la presente solicito, si la empresa lo autoriza, un adelanto de mi aguinaldo 2026 por [IMPORTE O PORCENTAJE], pagadero el [FECHA PROPUESTA].</w:t>
      </w:r>
    </w:p>
    <w:p>
      <w:r>
        <w:t>Mis datos: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Dato</w:t>
            </w:r>
          </w:p>
        </w:tc>
        <w:tc>
          <w:tcPr>
            <w:tcW w:type="dxa" w:w="4320"/>
          </w:tcPr>
          <w:p>
            <w:r>
              <w:rPr>
                <w:b/>
              </w:rPr>
              <w:t>Información</w:t>
            </w:r>
          </w:p>
        </w:tc>
      </w:tr>
      <w:tr>
        <w:tc>
          <w:tcPr>
            <w:tcW w:type="dxa" w:w="4320"/>
          </w:tcPr>
          <w:p>
            <w:r>
              <w:t>Nombre</w:t>
            </w:r>
          </w:p>
        </w:tc>
        <w:tc>
          <w:tcPr>
            <w:tcW w:type="dxa" w:w="4320"/>
          </w:tcPr>
          <w:p>
            <w:r>
              <w:t>[NOMBRE COMPLETO]</w:t>
            </w:r>
          </w:p>
        </w:tc>
      </w:tr>
      <w:tr>
        <w:tc>
          <w:tcPr>
            <w:tcW w:type="dxa" w:w="4320"/>
          </w:tcPr>
          <w:p>
            <w:r>
              <w:t>Número de empleado</w:t>
            </w:r>
          </w:p>
        </w:tc>
        <w:tc>
          <w:tcPr>
            <w:tcW w:type="dxa" w:w="4320"/>
          </w:tcPr>
          <w:p>
            <w:r>
              <w:t>[NÚMERO]</w:t>
            </w:r>
          </w:p>
        </w:tc>
      </w:tr>
      <w:tr>
        <w:tc>
          <w:tcPr>
            <w:tcW w:type="dxa" w:w="4320"/>
          </w:tcPr>
          <w:p>
            <w:r>
              <w:t>Puesto y área</w:t>
            </w:r>
          </w:p>
        </w:tc>
        <w:tc>
          <w:tcPr>
            <w:tcW w:type="dxa" w:w="4320"/>
          </w:tcPr>
          <w:p>
            <w:r>
              <w:t>[PUESTO] · [ÁREA]</w:t>
            </w:r>
          </w:p>
        </w:tc>
      </w:tr>
      <w:tr>
        <w:tc>
          <w:tcPr>
            <w:tcW w:type="dxa" w:w="4320"/>
          </w:tcPr>
          <w:p>
            <w:r>
              <w:t>Fecha de ingreso</w:t>
            </w:r>
          </w:p>
        </w:tc>
        <w:tc>
          <w:tcPr>
            <w:tcW w:type="dxa" w:w="4320"/>
          </w:tcPr>
          <w:p>
            <w:r>
              <w:t>[FECHA]</w:t>
            </w:r>
          </w:p>
        </w:tc>
      </w:tr>
      <w:tr>
        <w:tc>
          <w:tcPr>
            <w:tcW w:type="dxa" w:w="4320"/>
          </w:tcPr>
          <w:p>
            <w:r>
              <w:t>Aguinaldo estimado 2026</w:t>
            </w:r>
          </w:p>
        </w:tc>
        <w:tc>
          <w:tcPr>
            <w:tcW w:type="dxa" w:w="4320"/>
          </w:tcPr>
          <w:p>
            <w:r>
              <w:t>[IMPORTE] (según la calculadora o mi contrato)</w:t>
            </w:r>
          </w:p>
        </w:tc>
      </w:tr>
    </w:tbl>
    <w:p/>
    <w:p>
      <w:r>
        <w:t>Entiendo que el aguinaldo debe pagarse antes del 20 de diciembre (Ley Federal del Trabajo, art. 87) y que adelantarlo es una decisión de la empresa. Pido que, si se autoriza, el adelanto se descuente del aguinaldo de este año y que el resto se pague en la fecha habitual.</w:t>
      </w:r>
    </w:p>
    <w:p>
      <w:r>
        <w:t>Pido una respuesta por escrito a [CORREO O TELÉFONO].</w:t>
      </w:r>
    </w:p>
    <w:p>
      <w:r>
        <w:t>Atentamente,</w:t>
      </w:r>
    </w:p>
    <w:p>
      <w:r>
        <w:t>[NOMBRE COMPLETO]</w:t>
      </w:r>
      <w:r>
        <w:br/>
      </w:r>
      <w:r>
        <w:t>Firma: ____________________</w:t>
      </w:r>
    </w:p>
    <w:p>
      <w:pPr>
        <w:pStyle w:val="Heading2"/>
        <w:pageBreakBefore/>
      </w:pPr>
      <w:r>
        <w:t>Respuesta de la empresa</w:t>
      </w:r>
    </w:p>
    <w:p>
      <w:pPr>
        <w:pStyle w:val="ListBullet"/>
      </w:pPr>
      <w:r>
        <w:t>[ ] Se autoriza un adelanto de [IMPORTE], que se pagará el [FECHA] y se descontará del aguinaldo 2026.</w:t>
      </w:r>
    </w:p>
    <w:p>
      <w:pPr>
        <w:pStyle w:val="ListBullet"/>
      </w:pPr>
      <w:r>
        <w:t>[ ] No se autoriza el adelanto. El aguinaldo se pagará el [FECHA].</w:t>
      </w:r>
    </w:p>
    <w:p>
      <w:r>
        <w:t>Nombre y puesto: [NOMBRE Y PUESTO]</w:t>
      </w:r>
      <w:r>
        <w:br/>
      </w:r>
      <w:r>
        <w:t>Fecha: [FECHA]</w:t>
      </w:r>
      <w:r>
        <w:br/>
      </w:r>
      <w:r>
        <w:t>Firma: ____________________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rial" w:hAnsi="Arial" w:cs="Arial" w:eastAsia="Arial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Arial" w:hAnsi="Arial" w:cs="Arial" w:eastAsia="Arial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Solicitud de adelanto de aguinaldo</dc:title>
  <dc:subject/>
  <dc:creator>Layers (layers.md)</dc:creator>
  <cp:keywords/>
  <dc:description>CC BY 4.0 · © Layers (layers.md)</dc:description>
  <cp:lastModifiedBy/>
  <cp:revision>1</cp:revision>
  <dcterms:created xsi:type="dcterms:W3CDTF">2026-10-29T00:00:00Z</dcterms:created>
  <dcterms:modified xsi:type="dcterms:W3CDTF">2026-10-29T00:00:00Z</dcterms:modified>
  <cp:category/>
</cp:coreProperties>
</file>