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Pedido de extracto bancário</w:t>
      </w:r>
    </w:p>
    <w:p>
      <w:r>
        <w:t>[NOME COMPLETO]</w:t>
      </w:r>
      <w:r>
        <w:br/>
      </w:r>
      <w:r>
        <w:t>[TIPO E NÚMERO DO DOCUMENTO DE IDENTIFICAÇÃO]</w:t>
      </w:r>
      <w:r>
        <w:br/>
      </w:r>
      <w:r>
        <w:t>[ENDEREÇO] · [TELEFONE] · [CORREIO ELECTRÓNICO]</w:t>
      </w:r>
    </w:p>
    <w:p>
      <w:r>
        <w:t>[CIDADE], [DATA]</w:t>
      </w:r>
    </w:p>
    <w:p>
      <w:r>
        <w:t>Ao [NOME DO BANCO]</w:t>
      </w:r>
      <w:r>
        <w:br/>
      </w:r>
      <w:r>
        <w:t>Agência de [NOME DA AGÊNCIA]</w:t>
      </w:r>
    </w:p>
    <w:p>
      <w:r>
        <w:rPr>
          <w:b/>
        </w:rPr>
        <w:t>Assunto: pedido de extracto da conta n.º [NÚMERO DA CONTA]</w:t>
      </w:r>
    </w:p>
    <w:p>
      <w:r>
        <w:t>Exmos. Senhores,</w:t>
      </w:r>
    </w:p>
    <w:p>
      <w:r>
        <w:t>Sou titular da conta acima indicada e venho pedir o extracto do período de [DATA DE INÍCIO] a [DATA DE FIM].</w:t>
      </w:r>
    </w:p>
    <w:p>
      <w:r>
        <w:t>Peço que o extracto indique os elementos previstos no artigo 27 do Regulamento do Regime de Contas Bancárias, aprovado pelo Aviso n.º 6/GBM/2024, incluindo as datas e a descrição dos movimentos, os montantes, os saldos e a moeda.</w:t>
      </w:r>
    </w:p>
    <w:p>
      <w:r>
        <w:t>Preciso do extracto para [FINALIDADE].</w:t>
      </w:r>
    </w:p>
    <w:p>
      <w:r>
        <w:t>Peço que o extracto me seja entregue em [PAPEL OU CORREIO ELECTRÓNICO], conforme o artigo 29 do mesmo Regulamento.</w:t>
      </w:r>
    </w:p>
    <w:p>
      <w:r>
        <w:t>Se este pedido tiver comissão ou encargo, peço que me informem do valor antes de o emitir.</w:t>
      </w:r>
    </w:p>
    <w:p>
      <w:r>
        <w:t>Com os melhores cumprimentos,</w:t>
      </w:r>
    </w:p>
    <w:p>
      <w:r>
        <w:t>[ASSINATURA]</w:t>
      </w:r>
    </w:p>
    <w:p>
      <w:r>
        <w:t>[NOME COMPLETO]</w:t>
      </w:r>
    </w:p>
    <w:p>
      <w:r>
        <w:t>Recebido por: ____________ Data: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M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extracto bancário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