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Carta de renuncia voluntaria</w:t>
      </w:r>
    </w:p>
    <w:p>
      <w:r>
        <w:t>[CIUDAD], [ESTADO], a [FECHA]</w:t>
      </w:r>
    </w:p>
    <w:p>
      <w:r>
        <w:t>[NOMBRE DE LA EMPRESA]</w:t>
      </w:r>
      <w:r>
        <w:br/>
      </w:r>
      <w:r>
        <w:t>At'n: [NOMBRE DE QUIEN RECIBE O ÁREA DE RECURSOS HUMANOS]</w:t>
      </w:r>
    </w:p>
    <w:p>
      <w:r>
        <w:rPr>
          <w:b/>
        </w:rPr>
        <w:t>Asunto: Renuncia voluntaria</w:t>
      </w:r>
    </w:p>
    <w:p>
      <w:r>
        <w:t>Yo, [TU NOMBRE COMPLETO], con el puesto de [PUESTO] desde el [FECHA DE INGRESO], presento mi renuncia voluntaria a mi empleo. Mi último día de trabajo será el [FECHA].</w:t>
      </w:r>
    </w:p>
    <w:p>
      <w:r>
        <w:t>Pido que en mi finiquito, por escrito y con el detalle de cada concepto, se incluyan:</w:t>
      </w:r>
    </w:p>
    <w:p>
      <w:pPr>
        <w:pStyle w:val="ListBullet"/>
      </w:pPr>
      <w:r>
        <w:t>salarios pendientes al [FECHA];</w:t>
      </w:r>
    </w:p>
    <w:p>
      <w:pPr>
        <w:pStyle w:val="ListBullet"/>
      </w:pPr>
      <w:r>
        <w:t>la parte proporcional del aguinaldo del año;</w:t>
      </w:r>
    </w:p>
    <w:p>
      <w:pPr>
        <w:pStyle w:val="ListBullet"/>
      </w:pPr>
      <w:r>
        <w:t>las vacaciones no disfrutadas, o su parte proporcional, con su prima vacacional;</w:t>
      </w:r>
    </w:p>
    <w:p>
      <w:pPr>
        <w:pStyle w:val="ListBullet"/>
      </w:pPr>
      <w:r>
        <w:t>[SI TIENES 15 AÑOS O MÁS EN LA EMPRESA:] la prima de antigüedad;</w:t>
      </w:r>
    </w:p>
    <w:p>
      <w:pPr>
        <w:pStyle w:val="ListBullet"/>
      </w:pPr>
      <w:r>
        <w:t>[OTRAS PRESTACIONES DE TU CONTRATO, SI LAS HAY].</w:t>
      </w:r>
    </w:p>
    <w:p>
      <w:r>
        <w:t>Pido también la constancia escrita de mis servicios.</w:t>
      </w:r>
    </w:p>
    <w:p>
      <w:r>
        <w:t>Les pido firmar de recibido la copia que conservo.</w:t>
      </w:r>
    </w:p>
    <w:p>
      <w:r>
        <w:t>Atentamente,</w:t>
      </w:r>
    </w:p>
    <w:p>
      <w:r>
        <w:t>[TU NOMBRE COMPLETO]</w:t>
      </w:r>
      <w:r>
        <w:br/>
      </w:r>
      <w:r>
        <w:t>Firma: ____________________</w:t>
      </w:r>
    </w:p>
    <w:p>
      <w:r>
        <w:t>Recibido el ___/___/______ por: ____________________ (nombre y firma)</w:t>
      </w:r>
    </w:p>
    <w:p>
      <w:pPr>
        <w:pStyle w:val="Heading2"/>
        <w:pageBreakBefore/>
      </w:pPr>
      <w:r>
        <w:t>Para mí: antes de firmar el finiquito</w:t>
      </w:r>
    </w:p>
    <w:p>
      <w:pPr>
        <w:pStyle w:val="ListBullet"/>
      </w:pPr>
      <w:r>
        <w:t>[ ] Imprimí dos copias y guardé la mía con firma y fecha de recibido</w:t>
      </w:r>
    </w:p>
    <w:p>
      <w:pPr>
        <w:pStyle w:val="ListBullet"/>
      </w:pPr>
      <w:r>
        <w:t>[ ] Aguinaldo proporcional al tiempo trabajado en el año (LFT, art. 87)</w:t>
      </w:r>
    </w:p>
    <w:p>
      <w:pPr>
        <w:pStyle w:val="ListBullet"/>
      </w:pPr>
      <w:r>
        <w:t>[ ] Vacaciones del periodo en proporción al tiempo trabajado (LFT, art. 79) y prima vacacional de al menos 25 % (LFT, art. 80)</w:t>
      </w:r>
    </w:p>
    <w:p>
      <w:pPr>
        <w:pStyle w:val="ListBullet"/>
      </w:pPr>
      <w:r>
        <w:t>[ ] Prima de antigüedad: 12 días de salario por año, si tengo 15 años o más (LFT, art. 162)</w:t>
      </w:r>
    </w:p>
    <w:p>
      <w:pPr>
        <w:pStyle w:val="ListBullet"/>
      </w:pPr>
      <w:r>
        <w:t>[ ] El finiquito está por escrito y dice cada concepto; si dice que renuncio a salarios o prestaciones ya ganados, esa parte es nula (LFT, art. 33)</w:t>
      </w:r>
    </w:p>
    <w:p>
      <w:pPr>
        <w:pStyle w:val="ListBullet"/>
      </w:pPr>
      <w:r>
        <w:t>[ ] Constancia de servicios: el patrón la entrega en 3 días si me separo (LFT, art. 132, fr. VIII)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voluntaria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